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[Nom de l'entreprise]</w:t>
      </w:r>
    </w:p>
    <w:p>
      <w:pPr>
        <w:spacing w:after="0"/>
      </w:pPr>
      <w:r>
        <w:rPr>
          <w:b w:val="0"/>
          <w:color w:val="2446A6"/>
        </w:rPr>
        <w:t>[Adresse complète]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du client ou partenaire]</w:t>
      </w:r>
    </w:p>
    <w:p>
      <w:pPr>
        <w:spacing w:after="0"/>
        <w:jc w:val="right"/>
      </w:pPr>
      <w:r>
        <w:rPr>
          <w:b w:val="0"/>
          <w:color w:val="2446A6"/>
        </w:rPr>
        <w:t>[Adresse complète]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Départ de </w:t>
      </w:r>
      <w:r>
        <w:rPr>
          <w:b/>
          <w:color w:val="2446A6"/>
        </w:rPr>
        <w:t>[Prénom Nom du collaborateur]</w:t>
      </w:r>
      <w:r>
        <w:rPr>
          <w:b/>
        </w:rPr>
        <w:t xml:space="preserve"> et présentation de son successeur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Nous vous informons du départ de </w:t>
      </w:r>
      <w:r>
        <w:rPr>
          <w:b w:val="0"/>
          <w:color w:val="2446A6"/>
        </w:rPr>
        <w:t>[Prénom Nom du collaborateur]</w:t>
      </w:r>
      <w:r>
        <w:rPr>
          <w:b w:val="0"/>
        </w:rPr>
        <w:t xml:space="preserve">, qui quittera notre entreprise le </w:t>
      </w:r>
      <w:r>
        <w:rPr>
          <w:b w:val="0"/>
          <w:color w:val="2446A6"/>
        </w:rPr>
        <w:t>[15 octobre 2026]</w:t>
      </w:r>
      <w:r>
        <w:rPr>
          <w:b w:val="0"/>
        </w:rPr>
        <w:t xml:space="preserve">. Nous tenons à le remercier pour la qualité de sa collaboration avec vous durant </w:t>
      </w:r>
      <w:r>
        <w:rPr>
          <w:b w:val="0"/>
          <w:color w:val="2446A6"/>
        </w:rPr>
        <w:t>[trois ans]</w:t>
      </w:r>
      <w:r>
        <w:rPr>
          <w:b w:val="0"/>
        </w:rPr>
        <w:t>.</w:t>
      </w:r>
    </w:p>
    <w:p>
      <w:r>
        <w:rPr>
          <w:b w:val="0"/>
        </w:rPr>
        <w:t xml:space="preserve">Afin d'assurer la continuité de nos échanges, </w:t>
      </w:r>
      <w:r>
        <w:rPr>
          <w:b w:val="0"/>
          <w:color w:val="2446A6"/>
        </w:rPr>
        <w:t>[Prénom Nom du successeur]</w:t>
      </w:r>
      <w:r>
        <w:rPr>
          <w:b w:val="0"/>
        </w:rPr>
        <w:t xml:space="preserve"> reprend l'ensemble de ses dossiers. </w:t>
      </w:r>
      <w:r>
        <w:rPr>
          <w:b w:val="0"/>
          <w:color w:val="2446A6"/>
        </w:rPr>
        <w:t>[Il/Elle]</w:t>
      </w:r>
      <w:r>
        <w:rPr>
          <w:b w:val="0"/>
        </w:rPr>
        <w:t xml:space="preserve"> occupe le poste de </w:t>
      </w:r>
      <w:r>
        <w:rPr>
          <w:b w:val="0"/>
          <w:color w:val="2446A6"/>
        </w:rPr>
        <w:t>[responsable de compte]</w:t>
      </w:r>
      <w:r>
        <w:rPr>
          <w:b w:val="0"/>
        </w:rPr>
        <w:t xml:space="preserve"> depuis </w:t>
      </w:r>
      <w:r>
        <w:rPr>
          <w:b w:val="0"/>
          <w:color w:val="2446A6"/>
        </w:rPr>
        <w:t>[deux ans]</w:t>
      </w:r>
      <w:r>
        <w:rPr>
          <w:b w:val="0"/>
        </w:rPr>
        <w:t xml:space="preserve"> et maîtrise parfaitement votre secteur d'activité. Une période de passation de </w:t>
      </w:r>
      <w:r>
        <w:rPr>
          <w:b w:val="0"/>
          <w:color w:val="2446A6"/>
        </w:rPr>
        <w:t>[deux semaines]</w:t>
      </w:r>
      <w:r>
        <w:rPr>
          <w:b w:val="0"/>
        </w:rPr>
        <w:t xml:space="preserve"> est prévue jusqu'au départ effectif, durant laquelle les deux interlocuteurs restent disponibles.</w:t>
      </w:r>
    </w:p>
    <w:p>
      <w:r>
        <w:rPr>
          <w:b w:val="0"/>
        </w:rPr>
        <w:t xml:space="preserve">Vous pouvez joindre </w:t>
      </w:r>
      <w:r>
        <w:rPr>
          <w:b w:val="0"/>
          <w:color w:val="2446A6"/>
        </w:rPr>
        <w:t>[Prénom Nom du successeur]</w:t>
      </w:r>
      <w:r>
        <w:rPr>
          <w:b w:val="0"/>
        </w:rPr>
        <w:t xml:space="preserve"> directement au </w:t>
      </w:r>
      <w:r>
        <w:rPr>
          <w:b w:val="0"/>
          <w:color w:val="2446A6"/>
        </w:rPr>
        <w:t>[01 23 45 67 89]</w:t>
      </w:r>
      <w:r>
        <w:rPr>
          <w:b w:val="0"/>
        </w:rPr>
        <w:t xml:space="preserve"> ou par email à </w:t>
      </w:r>
      <w:r>
        <w:rPr>
          <w:b w:val="0"/>
          <w:color w:val="2446A6"/>
        </w:rPr>
        <w:t>[email@entreprise.fr]</w:t>
      </w:r>
      <w:r>
        <w:rPr>
          <w:b w:val="0"/>
        </w:rPr>
        <w:t xml:space="preserve">. </w:t>
      </w:r>
      <w:r>
        <w:rPr>
          <w:b w:val="0"/>
          <w:color w:val="2446A6"/>
        </w:rPr>
        <w:t>[Il/Elle]</w:t>
      </w:r>
      <w:r>
        <w:rPr>
          <w:b w:val="0"/>
        </w:rPr>
        <w:t xml:space="preserve"> prendra contact avec vous dans les prochains jours pour faire le point sur vos projets en cours.</w:t>
      </w:r>
    </w:p>
    <w:p>
      <w:r>
        <w:rPr>
          <w:b w:val="0"/>
        </w:rPr>
        <w:t>Nous restons pleinement mobilisés pour vous apporter le même niveau de service et vous remercions de votre confiance.</w:t>
      </w:r>
    </w:p>
    <w:p>
      <w:r>
        <w:rPr>
          <w:b w:val="0"/>
        </w:rPr>
        <w:t>Nous vous prions d'agréer, Madame, Monsieur, l'expression de nos salutations distinguées.</w:t>
      </w:r>
    </w:p>
    <w:p/>
    <w:p>
      <w:pPr>
        <w:jc w:val="right"/>
      </w:pPr>
      <w:r>
        <w:rPr>
          <w:b w:val="0"/>
          <w:color w:val="2446A6"/>
        </w:rPr>
        <w:t>[Prénom Nom du signataire]</w:t>
      </w:r>
      <w:r>
        <w:rPr>
          <w:b w:val="0"/>
        </w:rPr>
        <w:br/>
      </w:r>
      <w:r>
        <w:rPr>
          <w:b w:val="0"/>
          <w:color w:val="2446A6"/>
        </w:rPr>
        <w:t>[Fonction]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départ d'un collègue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