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[Sophie Martin]</w:t>
      </w:r>
    </w:p>
    <w:p>
      <w:pPr>
        <w:spacing w:after="0"/>
      </w:pPr>
      <w:r>
        <w:rPr>
          <w:b w:val="0"/>
          <w:color w:val="2446A6"/>
        </w:rPr>
        <w:t>[24 rue des Lilas]</w:t>
      </w:r>
    </w:p>
    <w:p>
      <w:pPr>
        <w:spacing w:after="0"/>
      </w:pPr>
      <w:r>
        <w:rPr>
          <w:b w:val="0"/>
          <w:color w:val="2446A6"/>
        </w:rPr>
        <w:t>[44000 Nantes]</w:t>
      </w:r>
    </w:p>
    <w:p>
      <w:pPr>
        <w:spacing w:after="0"/>
      </w:pPr>
      <w:r>
        <w:rPr>
          <w:b w:val="0"/>
          <w:color w:val="2446A6"/>
        </w:rPr>
        <w:t>[06.12.34.56.78]</w:t>
      </w:r>
    </w:p>
    <w:p/>
    <w:p>
      <w:pPr>
        <w:spacing w:after="0"/>
        <w:jc w:val="right"/>
      </w:pPr>
      <w:r>
        <w:rPr>
          <w:b w:val="0"/>
        </w:rPr>
        <w:t>Société InnovRH</w:t>
      </w:r>
    </w:p>
    <w:p>
      <w:pPr>
        <w:spacing w:after="0"/>
        <w:jc w:val="right"/>
      </w:pPr>
      <w:r>
        <w:rPr>
          <w:b w:val="0"/>
        </w:rPr>
        <w:t>Service Recrutement</w:t>
      </w:r>
    </w:p>
    <w:p>
      <w:pPr>
        <w:spacing w:after="0"/>
        <w:jc w:val="right"/>
      </w:pPr>
      <w:r>
        <w:rPr>
          <w:b w:val="0"/>
        </w:rPr>
        <w:t>45 rue de la République</w:t>
      </w:r>
    </w:p>
    <w:p>
      <w:pPr>
        <w:spacing w:after="0"/>
        <w:jc w:val="right"/>
      </w:pPr>
      <w:r>
        <w:rPr>
          <w:b w:val="0"/>
        </w:rPr>
        <w:t>69002 Lyon</w:t>
      </w:r>
    </w:p>
    <w:p/>
    <w:p>
      <w:pPr>
        <w:jc w:val="right"/>
      </w:pPr>
      <w:r>
        <w:rPr>
          <w:b w:val="0"/>
        </w:rPr>
        <w:t>À Nantes, le 24 septembre 2026</w:t>
      </w:r>
    </w:p>
    <w:p>
      <w:pPr>
        <w:spacing w:after="0"/>
      </w:pPr>
      <w:r>
        <w:rPr>
          <w:b/>
        </w:rPr>
        <w:t>Lettre recommandée avec accusé de réception</w:t>
      </w:r>
    </w:p>
    <w:p>
      <w:r>
        <w:rPr>
          <w:b/>
        </w:rPr>
        <w:t>Objet : Désistement après promesse d’embauche du 14 septembre 2026</w:t>
      </w:r>
    </w:p>
    <w:p/>
    <w:p>
      <w:r>
        <w:rPr>
          <w:b w:val="0"/>
        </w:rPr>
        <w:t>Madame, Monsieur,</w:t>
      </w:r>
    </w:p>
    <w:p>
      <w:r>
        <w:rPr>
          <w:b w:val="0"/>
        </w:rPr>
        <w:t xml:space="preserve">Par courrier en date du 14 septembre 2026, vous m’avez adressé une promesse d’embauche pour le poste de </w:t>
      </w:r>
      <w:r>
        <w:rPr>
          <w:b w:val="0"/>
          <w:color w:val="2446A6"/>
        </w:rPr>
        <w:t>[chargée de communication digitale]</w:t>
      </w:r>
      <w:r>
        <w:rPr>
          <w:b w:val="0"/>
        </w:rPr>
        <w:t>, que j’ai acceptée le 16 septembre 2026.</w:t>
      </w:r>
    </w:p>
    <w:p>
      <w:r>
        <w:rPr>
          <w:b w:val="0"/>
        </w:rPr>
        <w:t>Je vous informe par la présente que je me désiste de cette promesse d’embauche. Cette décision, mûrement réfléchie, est motivée par une proposition professionnelle alternative que je n’ai pas souhaité décliner.</w:t>
      </w:r>
    </w:p>
    <w:p>
      <w:r>
        <w:rPr>
          <w:b w:val="0"/>
        </w:rPr>
        <w:t>Conformément aux règles applicables en la matière, je vous adresse ce désistement dans le délai de huit jours suivant la réception de votre courrier, afin d’éviter toute difficulté. Je vous prie d’accepter mes excuses pour le désagrément occasionné et vous remercie de la confiance que vous m’avez témoignée.</w:t>
      </w:r>
    </w:p>
    <w:p>
      <w:r>
        <w:rPr>
          <w:b w:val="0"/>
        </w:rPr>
        <w:t>Je vous prie d’agréer, Madame, Monsieur, l’expression de mes salutations distinguées.</w:t>
      </w:r>
    </w:p>
    <w:p/>
    <w:p>
      <w:pPr>
        <w:jc w:val="right"/>
      </w:pPr>
      <w:r>
        <w:rPr>
          <w:b w:val="0"/>
          <w:color w:val="2446A6"/>
        </w:rPr>
        <w:t>[Sophie Martin]</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désistement après une promesse d’embauche</dc:title>
  <dc:subject/>
  <dc:creator/>
  <cp:keywords/>
  <dc:description/>
  <cp:lastModifiedBy/>
  <cp:revision>1</cp:revision>
  <dcterms:created xsi:type="dcterms:W3CDTF">2013-12-23T23:15:00Z</dcterms:created>
  <dcterms:modified xsi:type="dcterms:W3CDTF">2013-12-23T23:15:00Z</dcterms:modified>
  <cp:category/>
</cp:coreProperties>
</file>