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[Adresse]</w:t>
      </w:r>
    </w:p>
    <w:p>
      <w:pPr>
        <w:spacing w:after="0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>
      <w:pPr>
        <w:spacing w:after="0"/>
      </w:pPr>
      <w:r>
        <w:rPr>
          <w:b w:val="0"/>
        </w:rPr>
        <w:t xml:space="preserve">Tél. : </w:t>
      </w:r>
      <w:r>
        <w:rPr>
          <w:b w:val="0"/>
          <w:color w:val="2446A6"/>
        </w:rPr>
        <w:t>[XX XX XX XX XX]</w:t>
      </w:r>
    </w:p>
    <w:p>
      <w:pPr>
        <w:spacing w:after="0"/>
      </w:pPr>
      <w:r>
        <w:rPr>
          <w:b w:val="0"/>
        </w:rPr>
        <w:t xml:space="preserve">Email : </w:t>
      </w:r>
      <w:r>
        <w:rPr>
          <w:b w:val="0"/>
          <w:color w:val="2446A6"/>
        </w:rPr>
        <w:t>[email@example.com]</w:t>
      </w:r>
    </w:p>
    <w:p/>
    <w:p>
      <w:pPr>
        <w:spacing w:after="0"/>
        <w:jc w:val="right"/>
      </w:pPr>
      <w:r>
        <w:rPr>
          <w:b w:val="0"/>
          <w:color w:val="2446A6"/>
        </w:rPr>
        <w:t>[Nom du responsable / Entreprise]</w:t>
      </w:r>
    </w:p>
    <w:p>
      <w:pPr>
        <w:spacing w:after="0"/>
        <w:jc w:val="right"/>
      </w:pPr>
      <w:r>
        <w:rPr>
          <w:b w:val="0"/>
          <w:color w:val="2446A6"/>
        </w:rPr>
        <w:t>[Service recrutement]</w:t>
      </w:r>
    </w:p>
    <w:p>
      <w:pPr>
        <w:spacing w:after="0"/>
        <w:jc w:val="right"/>
      </w:pPr>
      <w:r>
        <w:rPr>
          <w:b w:val="0"/>
          <w:color w:val="2446A6"/>
        </w:rPr>
        <w:t>[Adresse]</w:t>
      </w:r>
    </w:p>
    <w:p>
      <w:pPr>
        <w:spacing w:after="0"/>
        <w:jc w:val="right"/>
      </w:pPr>
      <w:r>
        <w:rPr>
          <w:b w:val="0"/>
          <w:color w:val="2446A6"/>
        </w:rPr>
        <w:t>[Code postal]</w:t>
      </w:r>
      <w:r>
        <w:rPr>
          <w:b w:val="0"/>
        </w:rPr>
        <w:t xml:space="preserve"> </w:t>
      </w:r>
      <w:r>
        <w:rPr>
          <w:b w:val="0"/>
          <w:color w:val="2446A6"/>
        </w:rPr>
        <w:t>[Ville]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[Ville]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 xml:space="preserve">Objet : Candidature au BTS </w:t>
      </w:r>
      <w:r>
        <w:rPr>
          <w:b/>
          <w:color w:val="2446A6"/>
        </w:rPr>
        <w:t>[intitulé du BTS]</w:t>
      </w:r>
      <w:r>
        <w:rPr>
          <w:b/>
        </w:rPr>
        <w:t xml:space="preserve"> en alternance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Titulaire d’un </w:t>
      </w:r>
      <w:r>
        <w:rPr>
          <w:b w:val="0"/>
          <w:color w:val="2446A6"/>
        </w:rPr>
        <w:t>[bac STMG]</w:t>
      </w:r>
      <w:r>
        <w:rPr>
          <w:b w:val="0"/>
        </w:rPr>
        <w:t xml:space="preserve">, je souhaite intégrer le BTS </w:t>
      </w:r>
      <w:r>
        <w:rPr>
          <w:b w:val="0"/>
          <w:color w:val="2446A6"/>
        </w:rPr>
        <w:t>[Management Commercial Opérationnel]</w:t>
      </w:r>
      <w:r>
        <w:rPr>
          <w:b w:val="0"/>
        </w:rPr>
        <w:t xml:space="preserve"> en alternance à la rentrée </w:t>
      </w:r>
      <w:r>
        <w:rPr>
          <w:b w:val="0"/>
          <w:color w:val="2446A6"/>
        </w:rPr>
        <w:t>[2026]</w:t>
      </w:r>
      <w:r>
        <w:rPr>
          <w:b w:val="0"/>
        </w:rPr>
        <w:t xml:space="preserve"> et j’ai ciblé votre entreprise </w:t>
      </w:r>
      <w:r>
        <w:rPr>
          <w:b w:val="0"/>
          <w:color w:val="2446A6"/>
        </w:rPr>
        <w:t>[enseigne spécialisée en prêt-à-porter]</w:t>
      </w:r>
      <w:r>
        <w:rPr>
          <w:b w:val="0"/>
        </w:rPr>
        <w:t xml:space="preserve"> car votre secteur correspond exactement au terrain que je veux acquérir.</w:t>
      </w:r>
    </w:p>
    <w:p>
      <w:r>
        <w:rPr>
          <w:b w:val="0"/>
        </w:rPr>
        <w:t xml:space="preserve">Pendant </w:t>
      </w:r>
      <w:r>
        <w:rPr>
          <w:b w:val="0"/>
          <w:color w:val="2446A6"/>
        </w:rPr>
        <w:t>[deux mois de stage en vente]</w:t>
      </w:r>
      <w:r>
        <w:rPr>
          <w:b w:val="0"/>
        </w:rPr>
        <w:t xml:space="preserve">, j’ai tenu le rayon </w:t>
      </w:r>
      <w:r>
        <w:rPr>
          <w:b w:val="0"/>
          <w:color w:val="2446A6"/>
        </w:rPr>
        <w:t>[textile]</w:t>
      </w:r>
      <w:r>
        <w:rPr>
          <w:b w:val="0"/>
        </w:rPr>
        <w:t xml:space="preserve">, conseillé la clientèle et participé aux inventaires tournants. Cette première immersion m’a permis de maîtriser les basiques de la relation client et le rythme d’une surface de </w:t>
      </w:r>
      <w:r>
        <w:rPr>
          <w:b w:val="0"/>
          <w:color w:val="2446A6"/>
        </w:rPr>
        <w:t>[200 m²]</w:t>
      </w:r>
      <w:r>
        <w:rPr>
          <w:b w:val="0"/>
        </w:rPr>
        <w:t xml:space="preserve">. Je connais déjà les contraintes de l’alternance : semaine de </w:t>
      </w:r>
      <w:r>
        <w:rPr>
          <w:b w:val="0"/>
          <w:color w:val="2446A6"/>
        </w:rPr>
        <w:t>[35 heures]</w:t>
      </w:r>
      <w:r>
        <w:rPr>
          <w:b w:val="0"/>
        </w:rPr>
        <w:t xml:space="preserve"> partagée entre les cours et l’entreprise, disponibilité les samedis ponctuels.</w:t>
      </w:r>
    </w:p>
    <w:p>
      <w:r>
        <w:rPr>
          <w:b w:val="0"/>
        </w:rPr>
        <w:t xml:space="preserve">Votre enseigne applique la méthode </w:t>
      </w:r>
      <w:r>
        <w:rPr>
          <w:b w:val="0"/>
          <w:color w:val="2446A6"/>
        </w:rPr>
        <w:t>[merchandising par univers]</w:t>
      </w:r>
      <w:r>
        <w:rPr>
          <w:b w:val="0"/>
        </w:rPr>
        <w:t xml:space="preserve"> et développe le click &amp; collect, deux sujets que j’ai étudiés en </w:t>
      </w:r>
      <w:r>
        <w:rPr>
          <w:b w:val="0"/>
          <w:color w:val="2446A6"/>
        </w:rPr>
        <w:t>[première]</w:t>
      </w:r>
      <w:r>
        <w:rPr>
          <w:b w:val="0"/>
        </w:rPr>
        <w:t xml:space="preserve"> et que je souhaite pratiquer en condition réelle. Je maîtrise les outils </w:t>
      </w:r>
      <w:r>
        <w:rPr>
          <w:b w:val="0"/>
          <w:color w:val="2446A6"/>
        </w:rPr>
        <w:t>[Excel]</w:t>
      </w:r>
      <w:r>
        <w:rPr>
          <w:b w:val="0"/>
        </w:rPr>
        <w:t xml:space="preserve"> et </w:t>
      </w:r>
      <w:r>
        <w:rPr>
          <w:b w:val="0"/>
          <w:color w:val="2446A6"/>
        </w:rPr>
        <w:t>[Cegid]</w:t>
      </w:r>
      <w:r>
        <w:rPr>
          <w:b w:val="0"/>
        </w:rPr>
        <w:t xml:space="preserve"> pour le suivi des stocks, et je peux prendre en charge la mise en rayon dès la première semaine d’intégration.</w:t>
      </w:r>
    </w:p>
    <w:p>
      <w:r>
        <w:rPr>
          <w:b w:val="0"/>
        </w:rPr>
        <w:t>Je suis prêt à me rendre disponible pour un entretien à votre convenance, y compris en visioconférence, afin de vous détailler mon projet de formation et les aménagements possibles entre l’</w:t>
      </w:r>
      <w:r>
        <w:rPr>
          <w:b w:val="0"/>
          <w:color w:val="2446A6"/>
        </w:rPr>
        <w:t>[établissement]</w:t>
      </w:r>
      <w:r>
        <w:rPr>
          <w:b w:val="0"/>
        </w:rPr>
        <w:t xml:space="preserve"> et l’entreprise.</w:t>
      </w:r>
    </w:p>
    <w:p>
      <w:r>
        <w:rPr>
          <w:b w:val="0"/>
        </w:rPr>
        <w:t>Dans l’attente de votre retour, 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p/>
    <w:p>
      <w:r>
        <w:rPr>
          <w:b w:val="0"/>
        </w:rPr>
        <w:t>Pièce jointe : CV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motivation alternance BTS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