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[Téléphone]</w:t>
      </w:r>
    </w:p>
    <w:p>
      <w:pPr>
        <w:spacing w:after="0"/>
      </w:pPr>
      <w:r>
        <w:rPr>
          <w:b w:val="0"/>
          <w:color w:val="2446A6"/>
        </w:rPr>
        <w:t>[Email]</w:t>
      </w:r>
    </w:p>
    <w:p/>
    <w:p>
      <w:pPr>
        <w:spacing w:after="0"/>
        <w:jc w:val="right"/>
      </w:pPr>
      <w:r>
        <w:rPr>
          <w:b w:val="0"/>
          <w:color w:val="2446A6"/>
        </w:rPr>
        <w:t>[Nom de l'établissement]</w:t>
      </w:r>
    </w:p>
    <w:p>
      <w:pPr>
        <w:spacing w:after="0"/>
        <w:jc w:val="right"/>
      </w:pPr>
      <w:r>
        <w:rPr>
          <w:b w:val="0"/>
          <w:color w:val="2446A6"/>
        </w:rPr>
        <w:t>[Adresse de l'établissement]</w:t>
      </w:r>
    </w:p>
    <w:p/>
    <w:p>
      <w:pPr>
        <w:jc w:val="right"/>
      </w:pPr>
      <w:r>
        <w:rPr>
          <w:b w:val="0"/>
        </w:rPr>
        <w:t xml:space="preserve">À </w:t>
      </w:r>
      <w:r>
        <w:rPr>
          <w:b w:val="0"/>
          <w:color w:val="2446A6"/>
        </w:rPr>
        <w:t>[Ville]</w:t>
      </w:r>
      <w:r>
        <w:rPr>
          <w:b w:val="0"/>
        </w:rPr>
        <w:t xml:space="preserve">, le </w:t>
      </w:r>
      <w:r>
        <w:rPr>
          <w:b w:val="0"/>
          <w:color w:val="2446A6"/>
        </w:rPr>
        <w:t>[Date]</w:t>
      </w:r>
    </w:p>
    <w:p>
      <w:r>
        <w:rPr>
          <w:b/>
        </w:rPr>
        <w:t>Objet : Candidature au BTS Commerce International – Rentrée 2026</w:t>
      </w:r>
    </w:p>
    <w:p/>
    <w:p>
      <w:r>
        <w:rPr>
          <w:b w:val="0"/>
        </w:rPr>
        <w:t>Madame, Monsieur,</w:t>
      </w:r>
    </w:p>
    <w:p>
      <w:r>
        <w:rPr>
          <w:b w:val="0"/>
        </w:rPr>
        <w:t xml:space="preserve">Actuellement en terminale </w:t>
      </w:r>
      <w:r>
        <w:rPr>
          <w:b w:val="0"/>
          <w:color w:val="2446A6"/>
        </w:rPr>
        <w:t>[bac général / bac technologique STMG / bac professionnel Commerce]</w:t>
      </w:r>
      <w:r>
        <w:rPr>
          <w:b w:val="0"/>
        </w:rPr>
        <w:t xml:space="preserve">, je vous adresse ma candidature pour intégrer le BTS Commerce International de votre établissement. Mon intérêt pour les échanges internationaux est né d’un stage d’observation de </w:t>
      </w:r>
      <w:r>
        <w:rPr>
          <w:b w:val="0"/>
          <w:color w:val="2446A6"/>
        </w:rPr>
        <w:t>[deux semaines]</w:t>
      </w:r>
      <w:r>
        <w:rPr>
          <w:b w:val="0"/>
        </w:rPr>
        <w:t xml:space="preserve"> au service export de </w:t>
      </w:r>
      <w:r>
        <w:rPr>
          <w:b w:val="0"/>
          <w:color w:val="2446A6"/>
        </w:rPr>
        <w:t>[Nom de l’entreprise]</w:t>
      </w:r>
      <w:r>
        <w:rPr>
          <w:b w:val="0"/>
        </w:rPr>
        <w:t xml:space="preserve">, où j’ai participé à la constitution de dossiers documentaires pour des clients </w:t>
      </w:r>
      <w:r>
        <w:rPr>
          <w:b w:val="0"/>
          <w:color w:val="2446A6"/>
        </w:rPr>
        <w:t>[espagnols / allemands / chinois]</w:t>
      </w:r>
      <w:r>
        <w:rPr>
          <w:b w:val="0"/>
        </w:rPr>
        <w:t>.</w:t>
      </w:r>
    </w:p>
    <w:p>
      <w:r>
        <w:rPr>
          <w:b w:val="0"/>
        </w:rPr>
        <w:t xml:space="preserve">Je pratique l’anglais depuis </w:t>
      </w:r>
      <w:r>
        <w:rPr>
          <w:b w:val="0"/>
          <w:color w:val="2446A6"/>
        </w:rPr>
        <w:t>[six ans]</w:t>
      </w:r>
      <w:r>
        <w:rPr>
          <w:b w:val="0"/>
        </w:rPr>
        <w:t xml:space="preserve"> et j’ai atteint le niveau B2 suite à un séjour linguistique de </w:t>
      </w:r>
      <w:r>
        <w:rPr>
          <w:b w:val="0"/>
          <w:color w:val="2446A6"/>
        </w:rPr>
        <w:t>[trois semaines]</w:t>
      </w:r>
      <w:r>
        <w:rPr>
          <w:b w:val="0"/>
        </w:rPr>
        <w:t xml:space="preserve"> à </w:t>
      </w:r>
      <w:r>
        <w:rPr>
          <w:b w:val="0"/>
          <w:color w:val="2446A6"/>
        </w:rPr>
        <w:t>[Dublin]</w:t>
      </w:r>
      <w:r>
        <w:rPr>
          <w:b w:val="0"/>
        </w:rPr>
        <w:t xml:space="preserve">. J’étudie également </w:t>
      </w:r>
      <w:r>
        <w:rPr>
          <w:b w:val="0"/>
          <w:color w:val="2446A6"/>
        </w:rPr>
        <w:t>[l’espagnol / l’allemand]</w:t>
      </w:r>
      <w:r>
        <w:rPr>
          <w:b w:val="0"/>
        </w:rPr>
        <w:t xml:space="preserve"> depuis le collège. Au quotidien, je suis à l’aise avec les outils numériques : j’ai utilisé un premier logiciel de gestion commerciale lors de mon stage et je me tiens informé(e) des évolutions douanières via les fiches de la Direction générale des douanes. Le stage obligatoire de 8 à 12 semaines à l’étranger que prévoit votre BTS CI représente pour moi une étape clé pour maîtriser les Incoterms 2020 et la négociation interculturelle en situation réelle.</w:t>
      </w:r>
    </w:p>
    <w:p>
      <w:r>
        <w:rPr>
          <w:b w:val="0"/>
        </w:rPr>
        <w:t xml:space="preserve">Choisir votre établissement, c’est aussi bénéficier de votre partenariat Erasmus avec </w:t>
      </w:r>
      <w:r>
        <w:rPr>
          <w:b w:val="0"/>
          <w:color w:val="2446A6"/>
        </w:rPr>
        <w:t>[Nom de l’université partenaire]</w:t>
      </w:r>
      <w:r>
        <w:rPr>
          <w:b w:val="0"/>
        </w:rPr>
        <w:t xml:space="preserve"> et de votre préparation au TOEIC, deux atouts qui me permettront de viser un poste d’assistant(e) import-export dès l’obtention du diplôme. Sérieux(euse) et méthodique, je suis prêt(e) à m’investir pleinement dans la formation et à représenter votre établissement à l’international.</w:t>
      </w:r>
    </w:p>
    <w:p>
      <w:r>
        <w:rPr>
          <w:b w:val="0"/>
        </w:rPr>
        <w:t>Je vous prie d’agréer, Madame, Monsieur, l’expression de mes salutations distinguées.</w:t>
      </w:r>
    </w:p>
    <w:p/>
    <w:p>
      <w:pPr>
        <w:jc w:val="right"/>
      </w:pPr>
      <w:r>
        <w:rPr>
          <w:b w:val="0"/>
          <w:color w:val="2446A6"/>
        </w:rPr>
        <w:t>[Prénom Nom]</w:t>
      </w:r>
    </w:p>
    <w:p/>
    <w:p>
      <w:r>
        <w:rPr>
          <w:b w:val="0"/>
        </w:rPr>
        <w:t>Pièce jointe : Curriculum vitae détaillé</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BTS Commerce International</dc:title>
  <dc:subject/>
  <dc:creator/>
  <cp:keywords/>
  <dc:description/>
  <cp:lastModifiedBy/>
  <cp:revision>1</cp:revision>
  <dcterms:created xsi:type="dcterms:W3CDTF">2013-12-23T23:15:00Z</dcterms:created>
  <dcterms:modified xsi:type="dcterms:W3CDTF">2013-12-23T23:15:00Z</dcterms:modified>
  <cp:category/>
</cp:coreProperties>
</file>