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[Emma Martin]</w:t>
      </w:r>
    </w:p>
    <w:p>
      <w:pPr>
        <w:spacing w:after="0"/>
      </w:pPr>
      <w:r>
        <w:rPr>
          <w:b w:val="0"/>
        </w:rPr>
        <w:t>12 rue des Lycées, 75014 Paris</w:t>
      </w:r>
    </w:p>
    <w:p>
      <w:pPr>
        <w:spacing w:after="0"/>
      </w:pPr>
      <w:r>
        <w:rPr>
          <w:b w:val="0"/>
        </w:rPr>
        <w:t>emma.martin@email.fr</w:t>
      </w:r>
    </w:p>
    <w:p>
      <w:pPr>
        <w:spacing w:after="0"/>
      </w:pPr>
      <w:r>
        <w:rPr>
          <w:b w:val="0"/>
        </w:rPr>
        <w:t>06 12 34 56 78</w:t>
      </w:r>
    </w:p>
    <w:p/>
    <w:p>
      <w:pPr>
        <w:spacing w:after="0"/>
        <w:jc w:val="right"/>
      </w:pPr>
      <w:r>
        <w:rPr>
          <w:b w:val="0"/>
        </w:rPr>
        <w:t>Lycée Jean Renoir</w:t>
      </w:r>
    </w:p>
    <w:p>
      <w:pPr>
        <w:spacing w:after="0"/>
        <w:jc w:val="right"/>
      </w:pPr>
      <w:r>
        <w:rPr>
          <w:b w:val="0"/>
        </w:rPr>
        <w:t>Service des admissions BTS</w:t>
      </w:r>
    </w:p>
    <w:p>
      <w:pPr>
        <w:spacing w:after="0"/>
        <w:jc w:val="right"/>
      </w:pPr>
      <w:r>
        <w:rPr>
          <w:b w:val="0"/>
        </w:rPr>
        <w:t>24 avenue Victor Hugo, 92100 Boulogne-Billancourt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[15 mars 2027]</w:t>
      </w:r>
    </w:p>
    <w:p>
      <w:r>
        <w:rPr>
          <w:b/>
        </w:rPr>
        <w:t xml:space="preserve">Objet : Candidature au BTS Communication – session </w:t>
      </w:r>
      <w:r>
        <w:rPr>
          <w:b/>
          <w:color w:val="2446A6"/>
        </w:rPr>
        <w:t>[2027]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terminale </w:t>
      </w:r>
      <w:r>
        <w:rPr>
          <w:b w:val="0"/>
          <w:color w:val="2446A6"/>
        </w:rPr>
        <w:t>[STMG option gestion et finance]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[Léon Blum]</w:t>
      </w:r>
      <w:r>
        <w:rPr>
          <w:b w:val="0"/>
        </w:rPr>
        <w:t xml:space="preserve">, je souhaite intégrer le BTS Communication de votre établissement pour la rentrée </w:t>
      </w:r>
      <w:r>
        <w:rPr>
          <w:b w:val="0"/>
          <w:color w:val="2446A6"/>
        </w:rPr>
        <w:t>[2027]</w:t>
      </w:r>
      <w:r>
        <w:rPr>
          <w:b w:val="0"/>
        </w:rPr>
        <w:t xml:space="preserve">. Votre programme, reconnu pour ses modules en </w:t>
      </w:r>
      <w:r>
        <w:rPr>
          <w:b w:val="0"/>
          <w:color w:val="2446A6"/>
        </w:rPr>
        <w:t>[stratégie de communication digitale]</w:t>
      </w:r>
      <w:r>
        <w:rPr>
          <w:b w:val="0"/>
        </w:rPr>
        <w:t xml:space="preserve"> et </w:t>
      </w:r>
      <w:r>
        <w:rPr>
          <w:b w:val="0"/>
          <w:color w:val="2446A6"/>
        </w:rPr>
        <w:t>[production de supports audiovisuels]</w:t>
      </w:r>
      <w:r>
        <w:rPr>
          <w:b w:val="0"/>
        </w:rPr>
        <w:t>, correspond exactement à mon projet d’évolution.</w:t>
      </w:r>
    </w:p>
    <w:p>
      <w:r>
        <w:rPr>
          <w:b w:val="0"/>
        </w:rPr>
        <w:t xml:space="preserve">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, je développe une pratique concrète de la communication en animant les réseaux sociaux de </w:t>
      </w:r>
      <w:r>
        <w:rPr>
          <w:b w:val="0"/>
          <w:color w:val="2446A6"/>
        </w:rPr>
        <w:t>[l’association sportive du lycée]</w:t>
      </w:r>
      <w:r>
        <w:rPr>
          <w:b w:val="0"/>
        </w:rPr>
        <w:t xml:space="preserve">. J’y ai conçu une campagne de posts qui a augmenté l’engagement de </w:t>
      </w:r>
      <w:r>
        <w:rPr>
          <w:b w:val="0"/>
          <w:color w:val="2446A6"/>
        </w:rPr>
        <w:t>[30 %]</w:t>
      </w:r>
      <w:r>
        <w:rPr>
          <w:b w:val="0"/>
        </w:rPr>
        <w:t xml:space="preserve"> en </w:t>
      </w:r>
      <w:r>
        <w:rPr>
          <w:b w:val="0"/>
          <w:color w:val="2446A6"/>
        </w:rPr>
        <w:t>[quatre mois]</w:t>
      </w:r>
      <w:r>
        <w:rPr>
          <w:b w:val="0"/>
        </w:rPr>
        <w:t xml:space="preserve">. Par ailleurs, mon stage de </w:t>
      </w:r>
      <w:r>
        <w:rPr>
          <w:b w:val="0"/>
          <w:color w:val="2446A6"/>
        </w:rPr>
        <w:t>[trois semaines]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[l’agence Com’Active]</w:t>
      </w:r>
      <w:r>
        <w:rPr>
          <w:b w:val="0"/>
        </w:rPr>
        <w:t xml:space="preserve"> m’a permis d’observer la conception d’un plan de communication et d’utiliser les outils de PAO </w:t>
      </w:r>
      <w:r>
        <w:rPr>
          <w:b w:val="0"/>
          <w:color w:val="2446A6"/>
        </w:rPr>
        <w:t>[Canva]</w:t>
      </w:r>
      <w:r>
        <w:rPr>
          <w:b w:val="0"/>
        </w:rPr>
        <w:t xml:space="preserve"> et </w:t>
      </w:r>
      <w:r>
        <w:rPr>
          <w:b w:val="0"/>
          <w:color w:val="2446A6"/>
        </w:rPr>
        <w:t>[Photoshop]</w:t>
      </w:r>
      <w:r>
        <w:rPr>
          <w:b w:val="0"/>
        </w:rPr>
        <w:t>.</w:t>
      </w:r>
    </w:p>
    <w:p>
      <w:r>
        <w:rPr>
          <w:b w:val="0"/>
        </w:rPr>
        <w:t xml:space="preserve">Le BTS Communication me permettra d’acquérir les compétences théoriques en </w:t>
      </w:r>
      <w:r>
        <w:rPr>
          <w:b w:val="0"/>
          <w:color w:val="2446A6"/>
        </w:rPr>
        <w:t>[culture de la communication]</w:t>
      </w:r>
      <w:r>
        <w:rPr>
          <w:b w:val="0"/>
        </w:rPr>
        <w:t xml:space="preserve"> et </w:t>
      </w:r>
      <w:r>
        <w:rPr>
          <w:b w:val="0"/>
          <w:color w:val="2446A6"/>
        </w:rPr>
        <w:t>[droit de l’information]</w:t>
      </w:r>
      <w:r>
        <w:rPr>
          <w:b w:val="0"/>
        </w:rPr>
        <w:t xml:space="preserve"> pour consolider cette expérience. À l’issue de la formation, je vise un poste de </w:t>
      </w:r>
      <w:r>
        <w:rPr>
          <w:b w:val="0"/>
          <w:color w:val="2446A6"/>
        </w:rPr>
        <w:t>[chargé de communication junior]</w:t>
      </w:r>
      <w:r>
        <w:rPr>
          <w:b w:val="0"/>
        </w:rPr>
        <w:t xml:space="preserve"> dans une structure culturelle, avec une spécialisation progressive en </w:t>
      </w:r>
      <w:r>
        <w:rPr>
          <w:b w:val="0"/>
          <w:color w:val="2446A6"/>
        </w:rPr>
        <w:t>[community management]</w:t>
      </w:r>
      <w:r>
        <w:rPr>
          <w:b w:val="0"/>
        </w:rPr>
        <w:t xml:space="preserve">. Votre établissement, partenaire de </w:t>
      </w:r>
      <w:r>
        <w:rPr>
          <w:b w:val="0"/>
          <w:color w:val="2446A6"/>
        </w:rPr>
        <w:t>[la Maison des Arts]</w:t>
      </w:r>
      <w:r>
        <w:rPr>
          <w:b w:val="0"/>
        </w:rPr>
        <w:t>, représente un cadre idéal pour cette orientation.</w:t>
      </w:r>
    </w:p>
    <w:p>
      <w:r>
        <w:rPr>
          <w:b w:val="0"/>
        </w:rPr>
        <w:t>Rigoureuse et force de proposition, je suis convaincue de détenir les qualités requises pour réussir dans cette formation exigeante. Je me tiens à votre disposition pour un entretien afin de vous détailler ma motivation.</w:t>
      </w:r>
    </w:p>
    <w:p>
      <w:r>
        <w:rPr>
          <w:b w:val="0"/>
        </w:rPr>
        <w:t>Dans l’attente de votre réponse, je vous prie d’agréer, Madame, Monsieur, l’expression de mes sincères salutations.</w:t>
      </w:r>
    </w:p>
    <w:p/>
    <w:p>
      <w:pPr>
        <w:jc w:val="right"/>
      </w:pPr>
      <w:r>
        <w:rPr>
          <w:b w:val="0"/>
          <w:color w:val="2446A6"/>
        </w:rPr>
        <w:t>[Emma Martin]</w:t>
      </w:r>
    </w:p>
    <w:p/>
    <w:p>
      <w:r>
        <w:rPr>
          <w:b w:val="0"/>
        </w:rPr>
        <w:t>Pièce jointe : Curriculum vitae détaillé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BTS Communication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