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Responsable de la formation</w:t>
      </w:r>
    </w:p>
    <w:p>
      <w:pPr>
        <w:spacing w:after="0"/>
        <w:jc w:val="right"/>
      </w:pPr>
      <w:r>
        <w:rPr>
          <w:b w:val="0"/>
        </w:rPr>
        <w:t>BTS Gestion de la PME</w:t>
      </w:r>
    </w:p>
    <w:p>
      <w:pPr>
        <w:spacing w:after="0"/>
        <w:jc w:val="right"/>
      </w:pPr>
      <w:r>
        <w:rPr>
          <w:b w:val="0"/>
          <w:color w:val="2446A6"/>
        </w:rPr>
        <w:t>[Nom de l’établissement]</w:t>
      </w:r>
    </w:p>
    <w:p>
      <w:pPr>
        <w:spacing w:after="0"/>
        <w:jc w:val="right"/>
      </w:pPr>
      <w:r>
        <w:rPr>
          <w:b w:val="0"/>
          <w:color w:val="2446A6"/>
        </w:rPr>
        <w:t>[Adresse de l’établissement]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BTS Gestion de la PME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terminale </w:t>
      </w:r>
      <w:r>
        <w:rPr>
          <w:b w:val="0"/>
          <w:color w:val="2446A6"/>
        </w:rPr>
        <w:t>[nom de la filière]</w:t>
      </w:r>
      <w:r>
        <w:rPr>
          <w:b w:val="0"/>
        </w:rPr>
        <w:t>, je souhaite intégrer le BTS Gestion de la PME au sein de votre établissement, dont l’accompagnement des alternants vers la certification Voltaire a retenu mon attention.</w:t>
      </w:r>
    </w:p>
    <w:p>
      <w:r>
        <w:rPr>
          <w:b w:val="0"/>
        </w:rPr>
        <w:t xml:space="preserve">Lors de mon stage de trois semaines chez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, j’ai participé à la gestion administrative : classement, saisie de factures sur </w:t>
      </w:r>
      <w:r>
        <w:rPr>
          <w:b w:val="0"/>
          <w:color w:val="2446A6"/>
        </w:rPr>
        <w:t>[nom du logiciel]</w:t>
      </w:r>
      <w:r>
        <w:rPr>
          <w:b w:val="0"/>
        </w:rPr>
        <w:t xml:space="preserve"> et mise à jour du tableau de bord. Cette expérience m’a permis de comprendre l’importance de la rigueur dans le suivi des dossiers clients et la tenue de la trésorerie.</w:t>
      </w:r>
    </w:p>
    <w:p>
      <w:r>
        <w:rPr>
          <w:b w:val="0"/>
        </w:rPr>
        <w:t xml:space="preserve">Je suis attiré(e) par la polyvalence du métier de gestionnaire de PME, capable de piloter l’activité quotidienne, d’assurer le relationnel fournisseur et de produire des indicateurs. Mon projet est d’intégrer, à l’issue du BTS, la licence professionnelle </w:t>
      </w:r>
      <w:r>
        <w:rPr>
          <w:b w:val="0"/>
          <w:color w:val="2446A6"/>
        </w:rPr>
        <w:t>[nom de la LP]</w:t>
      </w:r>
      <w:r>
        <w:rPr>
          <w:b w:val="0"/>
        </w:rPr>
        <w:t xml:space="preserve"> pour devenir responsable administratif et financier.</w:t>
      </w:r>
    </w:p>
    <w:p>
      <w:r>
        <w:rPr>
          <w:b w:val="0"/>
        </w:rPr>
        <w:t>Motivé(e) par l’alternance, je souhaite contribuer aux projets de votre établissement et m’investir dans les travaux de groupe autour de la création d’entreprise simulée. Je reste à votre disposition pour un entretien.</w:t>
      </w:r>
    </w:p>
    <w:p>
      <w:r>
        <w:rPr>
          <w:b w:val="0"/>
        </w:rPr>
        <w:t>Dans l’attente de votre réponse,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GPME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