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[Téléphone]</w:t>
      </w:r>
    </w:p>
    <w:p>
      <w:pPr>
        <w:spacing w:after="0"/>
      </w:pPr>
      <w:r>
        <w:rPr>
          <w:b w:val="0"/>
          <w:color w:val="2446A6"/>
        </w:rPr>
        <w:t>[Email]</w:t>
      </w:r>
    </w:p>
    <w:p/>
    <w:p>
      <w:pPr>
        <w:spacing w:after="0"/>
        <w:jc w:val="right"/>
      </w:pPr>
      <w:r>
        <w:rPr>
          <w:b w:val="0"/>
          <w:color w:val="2446A6"/>
        </w:rPr>
        <w:t>[Nom du responsable]</w:t>
      </w:r>
    </w:p>
    <w:p>
      <w:pPr>
        <w:spacing w:after="0"/>
        <w:jc w:val="right"/>
      </w:pPr>
      <w:r>
        <w:rPr>
          <w:b w:val="0"/>
          <w:color w:val="2446A6"/>
        </w:rPr>
        <w:t>[Nom de l'entreprise]</w:t>
      </w:r>
    </w:p>
    <w:p>
      <w:pPr>
        <w:spacing w:after="0"/>
        <w:jc w:val="right"/>
      </w:pPr>
      <w:r>
        <w:rPr>
          <w:b w:val="0"/>
          <w:color w:val="2446A6"/>
        </w:rPr>
        <w:t>[Adresse de l'entreprise]</w:t>
      </w:r>
    </w:p>
    <w:p/>
    <w:p>
      <w:pPr>
        <w:jc w:val="right"/>
      </w:pPr>
      <w:r>
        <w:rPr>
          <w:b w:val="0"/>
        </w:rPr>
        <w:t xml:space="preserve">À </w:t>
      </w:r>
      <w:r>
        <w:rPr>
          <w:b w:val="0"/>
          <w:color w:val="2446A6"/>
        </w:rPr>
        <w:t>[Ville]</w:t>
      </w:r>
      <w:r>
        <w:rPr>
          <w:b w:val="0"/>
        </w:rPr>
        <w:t xml:space="preserve">, le </w:t>
      </w:r>
      <w:r>
        <w:rPr>
          <w:b w:val="0"/>
          <w:color w:val="2446A6"/>
        </w:rPr>
        <w:t>[Date]</w:t>
      </w:r>
    </w:p>
    <w:p>
      <w:r>
        <w:rPr>
          <w:b/>
        </w:rPr>
        <w:t xml:space="preserve">Objet : Candidature au BTS Management Commercial Opérationnel en alternance – </w:t>
      </w:r>
      <w:r>
        <w:rPr>
          <w:b/>
          <w:color w:val="2446A6"/>
        </w:rPr>
        <w:t>[Prénom Nom]</w:t>
      </w:r>
    </w:p>
    <w:p/>
    <w:p>
      <w:r>
        <w:rPr>
          <w:b w:val="0"/>
        </w:rPr>
        <w:t>Madame, Monsieur,</w:t>
      </w:r>
    </w:p>
    <w:p>
      <w:r>
        <w:rPr>
          <w:b w:val="0"/>
        </w:rPr>
        <w:t xml:space="preserve">Titulaire d’un baccalauréat professionnel commerce obtenu en </w:t>
      </w:r>
      <w:r>
        <w:rPr>
          <w:b w:val="0"/>
          <w:color w:val="2446A6"/>
        </w:rPr>
        <w:t>[2025]</w:t>
      </w:r>
      <w:r>
        <w:rPr>
          <w:b w:val="0"/>
        </w:rPr>
        <w:t xml:space="preserve">, je souhaite intégrer le BTS Management Commercial Opérationnel en alternance pour maîtriser le pilotage d’une unité commerciale. Le rythme </w:t>
      </w:r>
      <w:r>
        <w:rPr>
          <w:b w:val="0"/>
          <w:color w:val="2446A6"/>
        </w:rPr>
        <w:t>[trois jours]</w:t>
      </w:r>
      <w:r>
        <w:rPr>
          <w:b w:val="0"/>
        </w:rPr>
        <w:t xml:space="preserve"> en entreprise et </w:t>
      </w:r>
      <w:r>
        <w:rPr>
          <w:b w:val="0"/>
          <w:color w:val="2446A6"/>
        </w:rPr>
        <w:t>[deux jours]</w:t>
      </w:r>
      <w:r>
        <w:rPr>
          <w:b w:val="0"/>
        </w:rPr>
        <w:t xml:space="preserve"> au CFA </w:t>
      </w:r>
      <w:r>
        <w:rPr>
          <w:b w:val="0"/>
          <w:color w:val="2446A6"/>
        </w:rPr>
        <w:t>[Nom du CFA]</w:t>
      </w:r>
      <w:r>
        <w:rPr>
          <w:b w:val="0"/>
        </w:rPr>
        <w:t xml:space="preserve"> me permettra d’appliquer directement les enseignements sur la gestion de la relation client et l’animation d’équipe dans votre magasin </w:t>
      </w:r>
      <w:r>
        <w:rPr>
          <w:b w:val="0"/>
          <w:color w:val="2446A6"/>
        </w:rPr>
        <w:t>[Nom du magasin]</w:t>
      </w:r>
      <w:r>
        <w:rPr>
          <w:b w:val="0"/>
        </w:rPr>
        <w:t xml:space="preserve">, dont la spécialisation en </w:t>
      </w:r>
      <w:r>
        <w:rPr>
          <w:b w:val="0"/>
          <w:color w:val="2446A6"/>
        </w:rPr>
        <w:t>[produits biologiques]</w:t>
      </w:r>
      <w:r>
        <w:rPr>
          <w:b w:val="0"/>
        </w:rPr>
        <w:t xml:space="preserve"> correspond à mon expérience.</w:t>
      </w:r>
    </w:p>
    <w:p>
      <w:r>
        <w:rPr>
          <w:b w:val="0"/>
        </w:rPr>
        <w:t xml:space="preserve">Lors de mon stage de </w:t>
      </w:r>
      <w:r>
        <w:rPr>
          <w:b w:val="0"/>
          <w:color w:val="2446A6"/>
        </w:rPr>
        <w:t>[huit semaines]</w:t>
      </w:r>
      <w:r>
        <w:rPr>
          <w:b w:val="0"/>
        </w:rPr>
        <w:t xml:space="preserve"> chez </w:t>
      </w:r>
      <w:r>
        <w:rPr>
          <w:b w:val="0"/>
          <w:color w:val="2446A6"/>
        </w:rPr>
        <w:t>[BioCoop]</w:t>
      </w:r>
      <w:r>
        <w:rPr>
          <w:b w:val="0"/>
        </w:rPr>
        <w:t xml:space="preserve">, j’ai tenu la caisse, implanté un rayon et mené des inventaires tournants avec un écart inférieur à 1 %. Cette rigueur et mon aisance sur l’outil de gestion </w:t>
      </w:r>
      <w:r>
        <w:rPr>
          <w:b w:val="0"/>
          <w:color w:val="2446A6"/>
        </w:rPr>
        <w:t>[Cegid]</w:t>
      </w:r>
      <w:r>
        <w:rPr>
          <w:b w:val="0"/>
        </w:rPr>
        <w:t xml:space="preserve"> me rendent opérationnel dès les premières semaines. J’ai aussi animé un comptoir de dégustation qui a généré une hausse de </w:t>
      </w:r>
      <w:r>
        <w:rPr>
          <w:b w:val="0"/>
          <w:color w:val="2446A6"/>
        </w:rPr>
        <w:t>[15 %]</w:t>
      </w:r>
      <w:r>
        <w:rPr>
          <w:b w:val="0"/>
        </w:rPr>
        <w:t xml:space="preserve"> du chiffre d’affaires du segment </w:t>
      </w:r>
      <w:r>
        <w:rPr>
          <w:b w:val="0"/>
          <w:color w:val="2446A6"/>
        </w:rPr>
        <w:t>[épicerie sucrée]</w:t>
      </w:r>
      <w:r>
        <w:rPr>
          <w:b w:val="0"/>
        </w:rPr>
        <w:t xml:space="preserve"> pendant les deux samedis où j’en ai eu la charge.</w:t>
      </w:r>
    </w:p>
    <w:p>
      <w:r>
        <w:rPr>
          <w:b w:val="0"/>
        </w:rPr>
        <w:t xml:space="preserve">Le BTS MCO me donnera les méthodes pour calculer une marge par famille de produits, bâtir un plan d’action commerciale et recruter un saisonnier, compétences que je mettrai directement au service de votre point de vente. Je souhaite m’investir dans vos challenges mensuels de développement du panier moyen et dans l’organisation des </w:t>
      </w:r>
      <w:r>
        <w:rPr>
          <w:b w:val="0"/>
          <w:color w:val="2446A6"/>
        </w:rPr>
        <w:t>[nocturnes]</w:t>
      </w:r>
      <w:r>
        <w:rPr>
          <w:b w:val="0"/>
        </w:rPr>
        <w:t xml:space="preserve">, dont j’ai lu l’impact sur votre chiffre d’affaires dans la presse locale du </w:t>
      </w:r>
      <w:r>
        <w:rPr>
          <w:b w:val="0"/>
          <w:color w:val="2446A6"/>
        </w:rPr>
        <w:t>[18 mai 2026]</w:t>
      </w:r>
      <w:r>
        <w:rPr>
          <w:b w:val="0"/>
        </w:rPr>
        <w:t>.</w:t>
      </w:r>
    </w:p>
    <w:p>
      <w:r>
        <w:rPr>
          <w:b w:val="0"/>
        </w:rPr>
        <w:t xml:space="preserve">Disponible à partir du 1ᵉʳ septembre 2026 pour un contrat d’apprentissage de 24 mois, je serais heureux de vous exposer ma motivation et les actions concrètes que je peux mener dès l’ouverture du rayon </w:t>
      </w:r>
      <w:r>
        <w:rPr>
          <w:b w:val="0"/>
          <w:color w:val="2446A6"/>
        </w:rPr>
        <w:t>[épicerie fine]</w:t>
      </w:r>
      <w:r>
        <w:rPr>
          <w:b w:val="0"/>
        </w:rPr>
        <w:t xml:space="preserve"> de Noël. Je vous remercie pour votre lecture et me tiens à votre disposition pour un entretien.</w:t>
      </w:r>
    </w:p>
    <w:p>
      <w:r>
        <w:rPr>
          <w:b w:val="0"/>
        </w:rPr>
        <w:t>Je vous prie d’agréer, Madame, Monsieur, l’expression de mes salutations distinguées.</w:t>
      </w:r>
    </w:p>
    <w:p/>
    <w:p>
      <w:pPr>
        <w:jc w:val="right"/>
      </w:pPr>
      <w:r>
        <w:rPr>
          <w:b w:val="0"/>
          <w:color w:val="2446A6"/>
        </w:rPr>
        <w:t>[Prénom Nom]</w:t>
      </w:r>
    </w:p>
    <w:p/>
    <w:p>
      <w:r>
        <w:rPr>
          <w:b w:val="0"/>
        </w:rPr>
        <w:t>Pièce jointe : Curriculum vitae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BTS MCO</dc:title>
  <dc:subject/>
  <dc:creator/>
  <cp:keywords/>
  <dc:description/>
  <cp:lastModifiedBy/>
  <cp:revision>1</cp:revision>
  <dcterms:created xsi:type="dcterms:W3CDTF">2013-12-23T23:15:00Z</dcterms:created>
  <dcterms:modified xsi:type="dcterms:W3CDTF">2013-12-23T23:15:00Z</dcterms:modified>
  <cp:category/>
</cp:coreProperties>
</file>