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[12 rue des Lilas]</w:t>
      </w:r>
    </w:p>
    <w:p>
      <w:pPr>
        <w:spacing w:after="0"/>
      </w:pPr>
      <w:r>
        <w:rPr>
          <w:b w:val="0"/>
          <w:color w:val="2446A6"/>
        </w:rPr>
        <w:t>[75011 Paris]</w:t>
      </w:r>
    </w:p>
    <w:p>
      <w:pPr>
        <w:spacing w:after="0"/>
      </w:pPr>
      <w:r>
        <w:rPr>
          <w:b w:val="0"/>
          <w:color w:val="2446A6"/>
        </w:rPr>
        <w:t>[06 12 34 56 78]</w:t>
      </w:r>
    </w:p>
    <w:p>
      <w:pPr>
        <w:spacing w:after="0"/>
      </w:pPr>
      <w:r>
        <w:rPr>
          <w:b w:val="0"/>
          <w:color w:val="2446A6"/>
        </w:rPr>
        <w:t>[prenom.nom@email.fr]</w:t>
      </w:r>
    </w:p>
    <w:p/>
    <w:p>
      <w:pPr>
        <w:spacing w:after="0"/>
        <w:jc w:val="right"/>
      </w:pPr>
      <w:r>
        <w:rPr>
          <w:b w:val="0"/>
        </w:rPr>
        <w:t>Service Ressources Humaines</w:t>
      </w:r>
    </w:p>
    <w:p>
      <w:pPr>
        <w:spacing w:after="0"/>
        <w:jc w:val="right"/>
      </w:pPr>
      <w:r>
        <w:rPr>
          <w:b w:val="0"/>
        </w:rPr>
        <w:t xml:space="preserve">Société </w:t>
      </w:r>
      <w:r>
        <w:rPr>
          <w:b w:val="0"/>
          <w:color w:val="2446A6"/>
        </w:rPr>
        <w:t>[Dupont Conseil]</w:t>
      </w:r>
    </w:p>
    <w:p>
      <w:pPr>
        <w:spacing w:after="0"/>
        <w:jc w:val="right"/>
      </w:pPr>
      <w:r>
        <w:rPr>
          <w:b w:val="0"/>
          <w:color w:val="2446A6"/>
        </w:rPr>
        <w:t>[14 avenue de l'Opéra]</w:t>
      </w:r>
    </w:p>
    <w:p>
      <w:pPr>
        <w:spacing w:after="0"/>
        <w:jc w:val="right"/>
      </w:pPr>
      <w:r>
        <w:rPr>
          <w:b w:val="0"/>
          <w:color w:val="2446A6"/>
        </w:rPr>
        <w:t>[75001 Paris]</w:t>
      </w:r>
    </w:p>
    <w:p/>
    <w:p>
      <w:pPr>
        <w:jc w:val="right"/>
      </w:pPr>
      <w:r>
        <w:rPr>
          <w:b w:val="0"/>
        </w:rPr>
        <w:t xml:space="preserve">À </w:t>
      </w:r>
      <w:r>
        <w:rPr>
          <w:b w:val="0"/>
          <w:color w:val="2446A6"/>
        </w:rPr>
        <w:t>[Paris]</w:t>
      </w:r>
      <w:r>
        <w:rPr>
          <w:b w:val="0"/>
        </w:rPr>
        <w:t xml:space="preserve">, le </w:t>
      </w:r>
      <w:r>
        <w:rPr>
          <w:b w:val="0"/>
          <w:color w:val="2446A6"/>
        </w:rPr>
        <w:t>[24 septembre 2026]</w:t>
      </w:r>
    </w:p>
    <w:p>
      <w:r>
        <w:rPr>
          <w:b/>
        </w:rPr>
        <w:t>Objet : Candidature au BTS Support à l'Action Managériale en alternance</w:t>
      </w:r>
    </w:p>
    <w:p/>
    <w:p>
      <w:r>
        <w:rPr>
          <w:b w:val="0"/>
        </w:rPr>
        <w:t>Madame, Monsieur,</w:t>
      </w:r>
    </w:p>
    <w:p>
      <w:r>
        <w:rPr>
          <w:b w:val="0"/>
        </w:rPr>
        <w:t xml:space="preserve">Titulaire d'un baccalauréat STMG obtenu avec la mention </w:t>
      </w:r>
      <w:r>
        <w:rPr>
          <w:b w:val="0"/>
          <w:color w:val="2446A6"/>
        </w:rPr>
        <w:t>[Bien]</w:t>
      </w:r>
      <w:r>
        <w:rPr>
          <w:b w:val="0"/>
        </w:rPr>
        <w:t xml:space="preserve">, je souhaite intégrer le BTS Support à l'Action Managériale au sein de votre entreprise pour la rentrée de septembre 2026. Votre cabinet, spécialisé dans </w:t>
      </w:r>
      <w:r>
        <w:rPr>
          <w:b w:val="0"/>
          <w:color w:val="2446A6"/>
        </w:rPr>
        <w:t>[l'audit financier]</w:t>
      </w:r>
      <w:r>
        <w:rPr>
          <w:b w:val="0"/>
        </w:rPr>
        <w:t>, correspond exactement au secteur dans lequel je souhaite développer mes compétences en gestion administrative et en coordination d'équipe.</w:t>
      </w:r>
    </w:p>
    <w:p>
      <w:r>
        <w:rPr>
          <w:b w:val="0"/>
        </w:rPr>
        <w:t xml:space="preserve">Au cours de mon stage de seconde chez </w:t>
      </w:r>
      <w:r>
        <w:rPr>
          <w:b w:val="0"/>
          <w:color w:val="2446A6"/>
        </w:rPr>
        <w:t>[AXA]</w:t>
      </w:r>
      <w:r>
        <w:rPr>
          <w:b w:val="0"/>
        </w:rPr>
        <w:t xml:space="preserve">, j'ai assuré l'accueil physique et téléphonique, filtré une trentaine d'appels par jour et préparé des dossiers clients sur le logiciel </w:t>
      </w:r>
      <w:r>
        <w:rPr>
          <w:b w:val="0"/>
          <w:color w:val="2446A6"/>
        </w:rPr>
        <w:t>[Salesforce]</w:t>
      </w:r>
      <w:r>
        <w:rPr>
          <w:b w:val="0"/>
        </w:rPr>
        <w:t>. Cette première expérience m'a permis de comprendre l'importance d'une communication rigoureuse et de la confidentialité des données, deux piliers du référentiel du BTS SAM.</w:t>
      </w:r>
    </w:p>
    <w:p>
      <w:r>
        <w:rPr>
          <w:b w:val="0"/>
        </w:rPr>
        <w:t>Maîtrisant le Pack Office et notamment Excel pour la création de tableaux croisés dynamiques, je peux prendre en charge la gestion des agendas, l'organisation de déplacements et le suivi des notes de frais dès les premières semaines. Je parle anglais au niveau B1, ce qui me permettra de contribuer à la rédaction de vos comptes rendus bilingues.</w:t>
      </w:r>
    </w:p>
    <w:p>
      <w:r>
        <w:rPr>
          <w:b w:val="0"/>
        </w:rPr>
        <w:t xml:space="preserve">Intégrer votre service administratif en alternance, au rythme de trois semaines en entreprise et une semaine au </w:t>
      </w:r>
      <w:r>
        <w:rPr>
          <w:b w:val="0"/>
          <w:color w:val="2446A6"/>
        </w:rPr>
        <w:t>[CFA Descartes]</w:t>
      </w:r>
      <w:r>
        <w:rPr>
          <w:b w:val="0"/>
        </w:rPr>
        <w:t>, me permettrait de monter rapidement en compétences sur vos outils internes tout en apportant un soutien opérationnel immédiat à l'assistante de direction.</w:t>
      </w:r>
    </w:p>
    <w:p>
      <w:r>
        <w:rPr>
          <w:b w:val="0"/>
        </w:rPr>
        <w:t>Je me tiens à votre disposition pour un entretien au cours duquel je pourrai vous détailler ma connaissance de votre secteur et ma capacité à gérer les priorités.</w:t>
      </w:r>
    </w:p>
    <w:p>
      <w:r>
        <w:rPr>
          <w:b w:val="0"/>
        </w:rPr>
        <w:t>Dans l'attente de votre retour, je vous prie d'agréer, Madame, Monsieur, l'expression de mes salutations distinguées.</w:t>
      </w:r>
    </w:p>
    <w:p/>
    <w:p>
      <w:pPr>
        <w:jc w:val="right"/>
      </w:pPr>
      <w:r>
        <w:rPr>
          <w:b w:val="0"/>
          <w:color w:val="2446A6"/>
        </w:rPr>
        <w:t>[Prénom Nom]</w:t>
      </w:r>
    </w:p>
    <w:p/>
    <w:p>
      <w:r>
        <w:rPr>
          <w:b w:val="0"/>
        </w:rPr>
        <w:t>Pièces jointes : Curriculum Vitae, Lettre de motivation, Relevés de notes du baccalauréat</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BTS SAM</dc:title>
  <dc:subject/>
  <dc:creator/>
  <cp:keywords/>
  <dc:description/>
  <cp:lastModifiedBy/>
  <cp:revision>1</cp:revision>
  <dcterms:created xsi:type="dcterms:W3CDTF">2013-12-23T23:15:00Z</dcterms:created>
  <dcterms:modified xsi:type="dcterms:W3CDTF">2013-12-23T23:15:00Z</dcterms:modified>
  <cp:category/>
</cp:coreProperties>
</file>