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postale]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[Adresse e-mail]</w:t>
      </w:r>
    </w:p>
    <w:p/>
    <w:p>
      <w:pPr>
        <w:spacing w:after="0"/>
        <w:jc w:val="right"/>
      </w:pPr>
      <w:r>
        <w:rPr>
          <w:b w:val="0"/>
        </w:rPr>
        <w:t>Madame la responsable de la formation BTS Tourisme</w:t>
      </w:r>
    </w:p>
    <w:p>
      <w:pPr>
        <w:spacing w:after="0"/>
        <w:jc w:val="right"/>
      </w:pPr>
      <w:r>
        <w:rPr>
          <w:b w:val="0"/>
        </w:rPr>
        <w:t xml:space="preserve">Lycée </w:t>
      </w:r>
      <w:r>
        <w:rPr>
          <w:b w:val="0"/>
          <w:color w:val="2446A6"/>
        </w:rPr>
        <w:t>[Maurice-Ravel]</w:t>
      </w:r>
    </w:p>
    <w:p>
      <w:pPr>
        <w:spacing w:after="0"/>
        <w:jc w:val="right"/>
      </w:pPr>
      <w:r>
        <w:rPr>
          <w:b w:val="0"/>
          <w:color w:val="2446A6"/>
        </w:rPr>
        <w:t>[12 rue des Écoles]</w:t>
      </w:r>
      <w:r>
        <w:rPr>
          <w:b w:val="0"/>
        </w:rPr>
        <w:t xml:space="preserve">, </w:t>
      </w:r>
      <w:r>
        <w:rPr>
          <w:b w:val="0"/>
          <w:color w:val="2446A6"/>
        </w:rPr>
        <w:t>[75011 Paris]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[La Rochelle]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 xml:space="preserve">Objet : candidature en première année de BTS Tourisme – dossier Parcoursup n° </w:t>
      </w:r>
      <w:r>
        <w:rPr>
          <w:b/>
          <w:color w:val="2446A6"/>
        </w:rPr>
        <w:t>[2801147]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d'un baccalauréat STMG option mercatique obtenu avec </w:t>
      </w:r>
      <w:r>
        <w:rPr>
          <w:b w:val="0"/>
          <w:color w:val="2446A6"/>
        </w:rPr>
        <w:t>[14,2]</w:t>
      </w:r>
      <w:r>
        <w:rPr>
          <w:b w:val="0"/>
        </w:rPr>
        <w:t xml:space="preserve"> de moyenne, je présente ma candidature pour intégrer le BTS Tourisme du lycée </w:t>
      </w:r>
      <w:r>
        <w:rPr>
          <w:b w:val="0"/>
          <w:color w:val="2446A6"/>
        </w:rPr>
        <w:t>[Maurice-Ravel]</w:t>
      </w:r>
      <w:r>
        <w:rPr>
          <w:b w:val="0"/>
        </w:rPr>
        <w:t xml:space="preserve"> à la rentrée </w:t>
      </w:r>
      <w:r>
        <w:rPr>
          <w:b w:val="0"/>
          <w:color w:val="2446A6"/>
        </w:rPr>
        <w:t>[2026]</w:t>
      </w:r>
      <w:r>
        <w:rPr>
          <w:b w:val="0"/>
        </w:rPr>
        <w:t xml:space="preserve">. Les deux saisons passées à l'accueil du camping </w:t>
      </w:r>
      <w:r>
        <w:rPr>
          <w:b w:val="0"/>
          <w:color w:val="2446A6"/>
        </w:rPr>
        <w:t>[Les Dunes]</w:t>
      </w:r>
      <w:r>
        <w:rPr>
          <w:b w:val="0"/>
        </w:rPr>
        <w:t xml:space="preserve"> à </w:t>
      </w:r>
      <w:r>
        <w:rPr>
          <w:b w:val="0"/>
          <w:color w:val="2446A6"/>
        </w:rPr>
        <w:t>[La Tranche-sur-Mer]</w:t>
      </w:r>
      <w:r>
        <w:rPr>
          <w:b w:val="0"/>
        </w:rPr>
        <w:t xml:space="preserve"> m'ont appris à traiter plus de </w:t>
      </w:r>
      <w:r>
        <w:rPr>
          <w:b w:val="0"/>
          <w:color w:val="2446A6"/>
        </w:rPr>
        <w:t>[quarante]</w:t>
      </w:r>
      <w:r>
        <w:rPr>
          <w:b w:val="0"/>
        </w:rPr>
        <w:t xml:space="preserve"> demandes clients par jour, en français et en anglais.</w:t>
      </w:r>
    </w:p>
    <w:p>
      <w:r>
        <w:rPr>
          <w:b w:val="0"/>
        </w:rPr>
        <w:t xml:space="preserve">Mon projet professionnel est précis : devenir conseillère en séjours dans une agence de voyages d'affaires après une licence professionnelle de tourisme d'affaires. Le module </w:t>
      </w:r>
      <w:r>
        <w:rPr>
          <w:b w:val="0"/>
          <w:color w:val="2446A6"/>
        </w:rPr>
        <w:t>[E2 - Production d'une prestation touristique]</w:t>
      </w:r>
      <w:r>
        <w:rPr>
          <w:b w:val="0"/>
        </w:rPr>
        <w:t xml:space="preserve"> de votre formation et les partenariats avec l'aéroport </w:t>
      </w:r>
      <w:r>
        <w:rPr>
          <w:b w:val="0"/>
          <w:color w:val="2446A6"/>
        </w:rPr>
        <w:t>[Nantes-Atlantique]</w:t>
      </w:r>
      <w:r>
        <w:rPr>
          <w:b w:val="0"/>
        </w:rPr>
        <w:t xml:space="preserve"> correspondent aux compétences que je veux acquérir : chiffrer une prestation, vérifier les disponibilités sur un GDS, conclure une vente.</w:t>
      </w:r>
    </w:p>
    <w:p>
      <w:r>
        <w:rPr>
          <w:b w:val="0"/>
        </w:rPr>
        <w:t xml:space="preserve">À l'aise avec les outils de réservation en ligne, j'utilise déjà </w:t>
      </w:r>
      <w:r>
        <w:rPr>
          <w:b w:val="0"/>
          <w:color w:val="2446A6"/>
        </w:rPr>
        <w:t>[Amadeus]</w:t>
      </w:r>
      <w:r>
        <w:rPr>
          <w:b w:val="0"/>
        </w:rPr>
        <w:t xml:space="preserve"> pour construire des itinéraires à titre personnel depuis </w:t>
      </w:r>
      <w:r>
        <w:rPr>
          <w:b w:val="0"/>
          <w:color w:val="2446A6"/>
        </w:rPr>
        <w:t>[deux ans]</w:t>
      </w:r>
      <w:r>
        <w:rPr>
          <w:b w:val="0"/>
        </w:rPr>
        <w:t xml:space="preserve"> ; lors d'un stage de </w:t>
      </w:r>
      <w:r>
        <w:rPr>
          <w:b w:val="0"/>
          <w:color w:val="2446A6"/>
        </w:rPr>
        <w:t>[trois semaines]</w:t>
      </w:r>
      <w:r>
        <w:rPr>
          <w:b w:val="0"/>
        </w:rPr>
        <w:t xml:space="preserve"> chez </w:t>
      </w:r>
      <w:r>
        <w:rPr>
          <w:b w:val="0"/>
          <w:color w:val="2446A6"/>
        </w:rPr>
        <w:t>[Selectour]</w:t>
      </w:r>
      <w:r>
        <w:rPr>
          <w:b w:val="0"/>
        </w:rPr>
        <w:t xml:space="preserve">, j'ai préparé les dossiers de voyage de </w:t>
      </w:r>
      <w:r>
        <w:rPr>
          <w:b w:val="0"/>
          <w:color w:val="2446A6"/>
        </w:rPr>
        <w:t>[quinze]</w:t>
      </w:r>
      <w:r>
        <w:rPr>
          <w:b w:val="0"/>
        </w:rPr>
        <w:t xml:space="preserve"> groupes, vérifié les assurances et rappelé chaque client à J-</w:t>
      </w:r>
      <w:r>
        <w:rPr>
          <w:b w:val="0"/>
          <w:color w:val="2446A6"/>
        </w:rPr>
        <w:t>[7]</w:t>
      </w:r>
      <w:r>
        <w:rPr>
          <w:b w:val="0"/>
        </w:rPr>
        <w:t xml:space="preserve">. Cette rigueur dans le suivi m'a fait obtenir </w:t>
      </w:r>
      <w:r>
        <w:rPr>
          <w:b w:val="0"/>
          <w:color w:val="2446A6"/>
        </w:rPr>
        <w:t>[quatre]</w:t>
      </w:r>
      <w:r>
        <w:rPr>
          <w:b w:val="0"/>
        </w:rPr>
        <w:t xml:space="preserve"> commentaires positifs nommant ma réactivité.</w:t>
      </w:r>
    </w:p>
    <w:p>
      <w:r>
        <w:rPr>
          <w:b w:val="0"/>
        </w:rPr>
        <w:t xml:space="preserve">Intégrer votre établissement serait l'étape logique de ce parcours. Je suis disponible pour un entretien à compter du </w:t>
      </w:r>
      <w:r>
        <w:rPr>
          <w:b w:val="0"/>
          <w:color w:val="2446A6"/>
        </w:rPr>
        <w:t>[15 janvier 2026]</w:t>
      </w:r>
      <w:r>
        <w:rPr>
          <w:b w:val="0"/>
        </w:rPr>
        <w:t xml:space="preserve"> et reste joignable au </w:t>
      </w:r>
      <w:r>
        <w:rPr>
          <w:b w:val="0"/>
          <w:color w:val="2446A6"/>
        </w:rPr>
        <w:t>[06 12 34 56 78]</w:t>
      </w:r>
      <w:r>
        <w:rPr>
          <w:b w:val="0"/>
        </w:rPr>
        <w:t>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bulletins de première et de terminale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BTS Tourisme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