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w:t>
      </w:r>
      <w:r>
        <w:rPr>
          <w:b w:val="0"/>
        </w:rPr>
        <w:t xml:space="preserve"> </w:t>
      </w:r>
      <w:r>
        <w:rPr>
          <w:b w:val="0"/>
          <w:color w:val="2446A6"/>
        </w:rPr>
        <w:t>[Ville]</w:t>
      </w:r>
    </w:p>
    <w:p>
      <w:pPr>
        <w:spacing w:after="0"/>
      </w:pPr>
      <w:r>
        <w:rPr>
          <w:b w:val="0"/>
        </w:rPr>
        <w:t xml:space="preserve">Tél. : </w:t>
      </w:r>
      <w:r>
        <w:rPr>
          <w:b w:val="0"/>
          <w:color w:val="2446A6"/>
        </w:rPr>
        <w:t>[00 00 00 00 00]</w:t>
      </w:r>
    </w:p>
    <w:p>
      <w:pPr>
        <w:spacing w:after="0"/>
      </w:pPr>
      <w:r>
        <w:rPr>
          <w:b w:val="0"/>
        </w:rPr>
        <w:t xml:space="preserve">Email : </w:t>
      </w:r>
      <w:r>
        <w:rPr>
          <w:b w:val="0"/>
          <w:color w:val="2446A6"/>
        </w:rPr>
        <w:t>[adresse@email.com]</w:t>
      </w:r>
    </w:p>
    <w:p/>
    <w:p>
      <w:pPr>
        <w:spacing w:after="0"/>
        <w:jc w:val="right"/>
      </w:pPr>
      <w:r>
        <w:rPr>
          <w:b w:val="0"/>
        </w:rPr>
        <w:t xml:space="preserve">École nationale supérieure des beaux-arts de </w:t>
      </w:r>
      <w:r>
        <w:rPr>
          <w:b w:val="0"/>
          <w:color w:val="2446A6"/>
        </w:rPr>
        <w:t>[Ville]</w:t>
      </w:r>
    </w:p>
    <w:p>
      <w:pPr>
        <w:spacing w:after="0"/>
        <w:jc w:val="right"/>
      </w:pPr>
      <w:r>
        <w:rPr>
          <w:b w:val="0"/>
          <w:color w:val="2446A6"/>
        </w:rPr>
        <w:t>[Adresse de l'école]</w:t>
      </w:r>
    </w:p>
    <w:p>
      <w:pPr>
        <w:spacing w:after="0"/>
        <w:jc w:val="right"/>
      </w:pPr>
      <w:r>
        <w:rPr>
          <w:b w:val="0"/>
          <w:color w:val="2446A6"/>
        </w:rPr>
        <w:t>[Code postal]</w:t>
      </w:r>
      <w:r>
        <w:rPr>
          <w:b w:val="0"/>
        </w:rPr>
        <w:t xml:space="preserve"> </w:t>
      </w:r>
      <w:r>
        <w:rPr>
          <w:b w:val="0"/>
          <w:color w:val="2446A6"/>
        </w:rPr>
        <w:t>[Ville]</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 xml:space="preserve">Objet : Candidature en première année de DNA Art, option </w:t>
      </w:r>
      <w:r>
        <w:rPr>
          <w:b/>
          <w:color w:val="2446A6"/>
        </w:rPr>
        <w:t>[Art/Design]</w:t>
      </w:r>
    </w:p>
    <w:p/>
    <w:p>
      <w:r>
        <w:rPr>
          <w:b w:val="0"/>
        </w:rPr>
        <w:t>Madame, Monsieur,</w:t>
      </w:r>
    </w:p>
    <w:p>
      <w:r>
        <w:rPr>
          <w:b w:val="0"/>
        </w:rPr>
        <w:t xml:space="preserve">Passionné(e) par le dessin et la peinture depuis </w:t>
      </w:r>
      <w:r>
        <w:rPr>
          <w:b w:val="0"/>
          <w:color w:val="2446A6"/>
        </w:rPr>
        <w:t>[six ans]</w:t>
      </w:r>
      <w:r>
        <w:rPr>
          <w:b w:val="0"/>
        </w:rPr>
        <w:t xml:space="preserve">, j’ai développé une pratique quotidienne du carnet de croquis et participé à </w:t>
      </w:r>
      <w:r>
        <w:rPr>
          <w:b w:val="0"/>
          <w:color w:val="2446A6"/>
        </w:rPr>
        <w:t>[deux expositions collectives]</w:t>
      </w:r>
      <w:r>
        <w:rPr>
          <w:b w:val="0"/>
        </w:rPr>
        <w:t xml:space="preserve"> à </w:t>
      </w:r>
      <w:r>
        <w:rPr>
          <w:b w:val="0"/>
          <w:color w:val="2446A6"/>
        </w:rPr>
        <w:t>[Lyon]</w:t>
      </w:r>
      <w:r>
        <w:rPr>
          <w:b w:val="0"/>
        </w:rPr>
        <w:t xml:space="preserve"> en </w:t>
      </w:r>
      <w:r>
        <w:rPr>
          <w:b w:val="0"/>
          <w:color w:val="2446A6"/>
        </w:rPr>
        <w:t>[2024 et 2025]</w:t>
      </w:r>
      <w:r>
        <w:rPr>
          <w:b w:val="0"/>
        </w:rPr>
        <w:t>. Mon objectif est d’intégrer la formation DNA Art de votre école pour structurer ma démarche et acquérir des techniques que je ne maîtrise pas encore, comme la gravure et la vidéo.</w:t>
      </w:r>
    </w:p>
    <w:p>
      <w:r>
        <w:rPr>
          <w:b w:val="0"/>
        </w:rPr>
        <w:t xml:space="preserve">Votre établissement m’attire particulièrement pour son atelier de </w:t>
      </w:r>
      <w:r>
        <w:rPr>
          <w:b w:val="0"/>
          <w:color w:val="2446A6"/>
        </w:rPr>
        <w:t>[sérigraphie]</w:t>
      </w:r>
      <w:r>
        <w:rPr>
          <w:b w:val="0"/>
        </w:rPr>
        <w:t xml:space="preserve"> et les workshops menés par des artistes invités comme </w:t>
      </w:r>
      <w:r>
        <w:rPr>
          <w:b w:val="0"/>
          <w:color w:val="2446A6"/>
        </w:rPr>
        <w:t>[Marion Baruch]</w:t>
      </w:r>
      <w:r>
        <w:rPr>
          <w:b w:val="0"/>
        </w:rPr>
        <w:t xml:space="preserve"> l’an dernier. J’ai pu visiter les portes ouvertes en </w:t>
      </w:r>
      <w:r>
        <w:rPr>
          <w:b w:val="0"/>
          <w:color w:val="2446A6"/>
        </w:rPr>
        <w:t>[février 2026]</w:t>
      </w:r>
      <w:r>
        <w:rPr>
          <w:b w:val="0"/>
        </w:rPr>
        <w:t xml:space="preserve"> et échanger avec des étudiants de deuxième année, ce qui m’a conforté(e) dans mon choix.</w:t>
      </w:r>
    </w:p>
    <w:p>
      <w:r>
        <w:rPr>
          <w:b w:val="0"/>
        </w:rPr>
        <w:t xml:space="preserve">Mon book, joint à cette lettre, montre une série de </w:t>
      </w:r>
      <w:r>
        <w:rPr>
          <w:b w:val="0"/>
          <w:color w:val="2446A6"/>
        </w:rPr>
        <w:t>[vingt portraits à l’encre]</w:t>
      </w:r>
      <w:r>
        <w:rPr>
          <w:b w:val="0"/>
        </w:rPr>
        <w:t xml:space="preserve"> et un projet de </w:t>
      </w:r>
      <w:r>
        <w:rPr>
          <w:b w:val="0"/>
          <w:color w:val="2446A6"/>
        </w:rPr>
        <w:t>[photographie argentique]</w:t>
      </w:r>
      <w:r>
        <w:rPr>
          <w:b w:val="0"/>
        </w:rPr>
        <w:t xml:space="preserve"> sur les friches industrielles de ma région. Je souhaite, durant le cursus, explorer le lien entre mémoire et territoire, un thème que j’aimerais développer jusqu’au DNSEP.</w:t>
      </w:r>
    </w:p>
    <w:p>
      <w:r>
        <w:rPr>
          <w:b w:val="0"/>
        </w:rPr>
        <w:t>Conscient(e) de l’exigence de la formation, je suis prêt(e) à m’investir pleinement dans les cours théoriques et les ateliers pratiques. Je me tiens à votre disposition pour un entretien.</w:t>
      </w:r>
    </w:p>
    <w:p>
      <w:r>
        <w:rPr>
          <w:b w:val="0"/>
        </w:rPr>
        <w:t>Je vous prie d’agréer, Madame, Monsieur, l’expression de ma considération distinguée.</w:t>
      </w:r>
    </w:p>
    <w:p/>
    <w:p>
      <w:pPr>
        <w:jc w:val="right"/>
      </w:pPr>
      <w:r>
        <w:rPr>
          <w:b w:val="0"/>
          <w:color w:val="2446A6"/>
        </w:rPr>
        <w:t>[Prénom Nom]</w:t>
      </w:r>
    </w:p>
    <w:p/>
    <w:p>
      <w:r>
        <w:rPr>
          <w:b w:val="0"/>
        </w:rPr>
        <w:t>Pièces jointes : book artistique, relevé de notes du baccalauréat, curriculum vitae.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école d'art</dc:title>
  <dc:subject/>
  <dc:creator/>
  <cp:keywords/>
  <dc:description/>
  <cp:lastModifiedBy/>
  <cp:revision>1</cp:revision>
  <dcterms:created xsi:type="dcterms:W3CDTF">2013-12-23T23:15:00Z</dcterms:created>
  <dcterms:modified xsi:type="dcterms:W3CDTF">2013-12-23T23:15:00Z</dcterms:modified>
  <cp:category/>
</cp:coreProperties>
</file>