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0"/>
      </w:pPr>
      <w:r>
        <w:rPr>
          <w:b w:val="0"/>
        </w:rPr>
        <w:t>Marc Legrand</w:t>
      </w:r>
    </w:p>
    <w:p>
      <w:pPr>
        <w:spacing w:after="0"/>
      </w:pPr>
      <w:r>
        <w:rPr>
          <w:b w:val="0"/>
        </w:rPr>
        <w:t>14 rue des Acacias, 69003 Lyon</w:t>
      </w:r>
    </w:p>
    <w:p>
      <w:pPr>
        <w:spacing w:after="0"/>
      </w:pPr>
      <w:r>
        <w:rPr>
          <w:b w:val="0"/>
        </w:rPr>
        <w:t>06 24 15 78 32</w:t>
      </w:r>
    </w:p>
    <w:p>
      <w:pPr>
        <w:spacing w:after="0"/>
      </w:pPr>
      <w:r>
        <w:rPr>
          <w:b w:val="0"/>
        </w:rPr>
        <w:t>marc.legrand@courriel.fr</w:t>
      </w:r>
    </w:p>
    <w:p/>
    <w:p>
      <w:pPr>
        <w:spacing w:after="0"/>
        <w:jc w:val="right"/>
      </w:pPr>
      <w:r>
        <w:rPr>
          <w:b w:val="0"/>
        </w:rPr>
        <w:t>Direction des Admissions</w:t>
      </w:r>
    </w:p>
    <w:p>
      <w:pPr>
        <w:spacing w:after="0"/>
        <w:jc w:val="right"/>
      </w:pPr>
      <w:r>
        <w:rPr>
          <w:b w:val="0"/>
        </w:rPr>
        <w:t>École Privée de Communication Digitale (EPCD)</w:t>
      </w:r>
    </w:p>
    <w:p>
      <w:pPr>
        <w:spacing w:after="0"/>
        <w:jc w:val="right"/>
      </w:pPr>
      <w:r>
        <w:rPr>
          <w:b w:val="0"/>
        </w:rPr>
        <w:t>22 cours Gambetta, 69003 Lyon</w:t>
      </w:r>
    </w:p>
    <w:p/>
    <w:p>
      <w:pPr>
        <w:jc w:val="right"/>
      </w:pPr>
      <w:r>
        <w:rPr>
          <w:b w:val="0"/>
        </w:rPr>
        <w:t>À Lyon, le 14 mars 2027</w:t>
      </w:r>
    </w:p>
    <w:p>
      <w:r>
        <w:rPr>
          <w:b/>
        </w:rPr>
        <w:t>Objet : Candidature en Bachelor Chef de Projet Digital – Rentrée 2027</w:t>
      </w:r>
    </w:p>
    <w:p/>
    <w:p>
      <w:r>
        <w:rPr>
          <w:b w:val="0"/>
        </w:rPr>
        <w:t>Madame, Monsieur,</w:t>
      </w:r>
    </w:p>
    <w:p>
      <w:r>
        <w:rPr>
          <w:b w:val="0"/>
        </w:rPr>
        <w:t xml:space="preserve">Ma présence à votre journée portes ouvertes du </w:t>
      </w:r>
      <w:r>
        <w:rPr>
          <w:b w:val="0"/>
          <w:color w:val="2446A6"/>
        </w:rPr>
        <w:t>[18 mars 2026]</w:t>
      </w:r>
      <w:r>
        <w:rPr>
          <w:b w:val="0"/>
        </w:rPr>
        <w:t xml:space="preserve"> a confirmé mon choix pour le Bachelor Chef de Projet Digital dispensé à l’EPCD. J’ai été particulièrement marqué par l’atelier de design thinking animé par Madame </w:t>
      </w:r>
      <w:r>
        <w:rPr>
          <w:b w:val="0"/>
          <w:color w:val="2446A6"/>
        </w:rPr>
        <w:t>[Lemoine]</w:t>
      </w:r>
      <w:r>
        <w:rPr>
          <w:b w:val="0"/>
        </w:rPr>
        <w:t>, ainsi que par la mention d’une immersion en agence dès le premier semestre.</w:t>
      </w:r>
    </w:p>
    <w:p>
      <w:r>
        <w:rPr>
          <w:b w:val="0"/>
        </w:rPr>
        <w:t xml:space="preserve">Mon parcours au lycée a été structuré autour des spécialités Mathématiques et Sciences Économiques et Sociales, avec une moyenne de </w:t>
      </w:r>
      <w:r>
        <w:rPr>
          <w:b w:val="0"/>
          <w:color w:val="2446A6"/>
        </w:rPr>
        <w:t>[14,5]</w:t>
      </w:r>
      <w:r>
        <w:rPr>
          <w:b w:val="0"/>
        </w:rPr>
        <w:t xml:space="preserve"> au premier trimestre de terminale. En parallèle, je gère depuis deux ans une boutique en ligne de création de stickers personnalisés sur la plateforme Etsy, ce qui m’a confronté à la gestion de référencement naturel et à l’analyse de statistiques de vente. Cette expérience, même modeste, a révélé un besoin de montée en compétences que votre programme centré sur le SEO et l’UX design promet de combler.</w:t>
      </w:r>
    </w:p>
    <w:p>
      <w:r>
        <w:rPr>
          <w:b w:val="0"/>
        </w:rPr>
        <w:t xml:space="preserve">La possibilité d’effectuer un stage de six mois en entreprise au cours de la troisième année m’attire particulièrement. J’ai déjà identifié deux agences lyonnaises, </w:t>
      </w:r>
      <w:r>
        <w:rPr>
          <w:b w:val="0"/>
          <w:color w:val="2446A6"/>
        </w:rPr>
        <w:t>[Babel Web]</w:t>
      </w:r>
      <w:r>
        <w:rPr>
          <w:b w:val="0"/>
        </w:rPr>
        <w:t xml:space="preserve"> et </w:t>
      </w:r>
      <w:r>
        <w:rPr>
          <w:b w:val="0"/>
          <w:color w:val="2446A6"/>
        </w:rPr>
        <w:t>[Numérik Prod]</w:t>
      </w:r>
      <w:r>
        <w:rPr>
          <w:b w:val="0"/>
        </w:rPr>
        <w:t>, qui recrutent des stagiaires en marketing digital. Mon objectif est de contribuer à une campagne d’acquisition payante après avoir acquis les fondamentaux en cursus.</w:t>
      </w:r>
    </w:p>
    <w:p>
      <w:r>
        <w:rPr>
          <w:b w:val="0"/>
        </w:rPr>
        <w:t>Je me tiens à votre disposition pour un entretien, au cours duquel je pourrai vous détailler la stratégie de contenu que j’applique sur mes réseaux et la manière dont j’envisage le stage de fin d’études.</w:t>
      </w:r>
    </w:p>
    <w:p>
      <w:r>
        <w:rPr>
          <w:b w:val="0"/>
        </w:rPr>
        <w:t>Je vous prie d’agréer, Madame, Monsieur, l’expression de mes salutations distinguées.</w:t>
      </w:r>
    </w:p>
    <w:p/>
    <w:p>
      <w:pPr>
        <w:jc w:val="right"/>
      </w:pPr>
      <w:r>
        <w:rPr>
          <w:b w:val="0"/>
          <w:color w:val="2446A6"/>
        </w:rPr>
        <w:t>[Prénom Nom]</w:t>
      </w:r>
    </w:p>
    <w:p/>
    <w:p>
      <w:r>
        <w:rPr>
          <w:b w:val="0"/>
        </w:rPr>
        <w:t>Pièce jointe : bulletin du premier trimestre de terminale, attestation de présence à la journée portes ouvertes du 18 mars 2026.</w:t>
      </w:r>
    </w:p>
    <w:sectPr w:rsidR="00FC693F" w:rsidRPr="0006063C" w:rsidSect="00034616">
      <w:pgSz w:w="11906" w:h="16838"/>
      <w:pgMar w:top="1134" w:right="1304" w:bottom="1134" w:left="130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Lettre de motivation école privée</dc:title>
  <dc:subject/>
  <dc:creator/>
  <cp:keywords/>
  <dc:description/>
  <cp:lastModifiedBy/>
  <cp:revision>1</cp:revision>
  <dcterms:created xsi:type="dcterms:W3CDTF">2013-12-23T23:15:00Z</dcterms:created>
  <dcterms:modified xsi:type="dcterms:W3CDTF">2013-12-23T23:15:00Z</dcterms:modified>
  <cp:category/>
</cp:coreProperties>
</file>