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Marie Dupont</w:t>
      </w:r>
    </w:p>
    <w:p>
      <w:pPr>
        <w:spacing w:after="0"/>
      </w:pPr>
      <w:r>
        <w:rPr>
          <w:b w:val="0"/>
        </w:rPr>
        <w:t>15 rue des Lilas</w:t>
      </w:r>
    </w:p>
    <w:p>
      <w:pPr>
        <w:spacing w:after="0"/>
      </w:pPr>
      <w:r>
        <w:rPr>
          <w:b w:val="0"/>
        </w:rPr>
        <w:t>75011 Paris, France</w:t>
      </w:r>
    </w:p>
    <w:p>
      <w:pPr>
        <w:spacing w:after="0"/>
      </w:pPr>
      <w:r>
        <w:rPr>
          <w:b w:val="0"/>
        </w:rPr>
        <w:t>marie.dupont@email.com</w:t>
      </w:r>
    </w:p>
    <w:p>
      <w:pPr>
        <w:spacing w:after="0"/>
      </w:pPr>
      <w:r>
        <w:rPr>
          <w:b w:val="0"/>
        </w:rPr>
        <w:t>+33 6 12 34 56 78</w:t>
      </w:r>
    </w:p>
    <w:p/>
    <w:p>
      <w:pPr>
        <w:spacing w:after="0"/>
        <w:jc w:val="right"/>
      </w:pPr>
      <w:r>
        <w:rPr>
          <w:b w:val="0"/>
        </w:rPr>
        <w:t>The Hiring Manager</w:t>
      </w:r>
    </w:p>
    <w:p>
      <w:pPr>
        <w:spacing w:after="0"/>
        <w:jc w:val="right"/>
      </w:pPr>
      <w:r>
        <w:rPr>
          <w:b w:val="0"/>
        </w:rPr>
        <w:t>XYZ Ltd</w:t>
      </w:r>
    </w:p>
    <w:p>
      <w:pPr>
        <w:spacing w:after="0"/>
        <w:jc w:val="right"/>
      </w:pPr>
      <w:r>
        <w:rPr>
          <w:b w:val="0"/>
        </w:rPr>
        <w:t>42 Commercial Street</w:t>
      </w:r>
    </w:p>
    <w:p>
      <w:pPr>
        <w:spacing w:after="0"/>
        <w:jc w:val="right"/>
      </w:pPr>
      <w:r>
        <w:rPr>
          <w:b w:val="0"/>
        </w:rPr>
        <w:t>London E1 6AA, United Kingdom</w:t>
      </w:r>
    </w:p>
    <w:p/>
    <w:p>
      <w:pPr>
        <w:jc w:val="right"/>
      </w:pPr>
      <w:r>
        <w:rPr>
          <w:b w:val="0"/>
        </w:rPr>
        <w:t>Paris, 24 September 2026</w:t>
      </w:r>
    </w:p>
    <w:p>
      <w:r>
        <w:rPr>
          <w:b/>
        </w:rPr>
        <w:t xml:space="preserve">Application for Marketing Manager position – Ref. </w:t>
      </w:r>
      <w:r>
        <w:rPr>
          <w:b/>
          <w:color w:val="2446A6"/>
        </w:rPr>
        <w:t>[MK-789]</w:t>
      </w:r>
    </w:p>
    <w:p/>
    <w:p>
      <w:r>
        <w:rPr>
          <w:b w:val="0"/>
        </w:rPr>
        <w:t>Dear Hiring Manager,</w:t>
      </w:r>
    </w:p>
    <w:p>
      <w:r>
        <w:rPr>
          <w:b w:val="0"/>
        </w:rPr>
        <w:t xml:space="preserve">I am writing to express my interest in the Marketing Manager position at XYZ Ltd as advertised on LinkedIn. With </w:t>
      </w:r>
      <w:r>
        <w:rPr>
          <w:b w:val="0"/>
          <w:color w:val="2446A6"/>
        </w:rPr>
        <w:t>[three years]</w:t>
      </w:r>
      <w:r>
        <w:rPr>
          <w:b w:val="0"/>
        </w:rPr>
        <w:t xml:space="preserve"> of experience in digital marketing and a proven track record of increasing online engagement by </w:t>
      </w:r>
      <w:r>
        <w:rPr>
          <w:b w:val="0"/>
          <w:color w:val="2446A6"/>
        </w:rPr>
        <w:t>[40%]</w:t>
      </w:r>
      <w:r>
        <w:rPr>
          <w:b w:val="0"/>
        </w:rPr>
        <w:t xml:space="preserve"> at </w:t>
      </w:r>
      <w:r>
        <w:rPr>
          <w:b w:val="0"/>
          <w:color w:val="2446A6"/>
        </w:rPr>
        <w:t>[ABC Corp]</w:t>
      </w:r>
      <w:r>
        <w:rPr>
          <w:b w:val="0"/>
        </w:rPr>
        <w:t>, I am confident in my ability to contribute to your team.</w:t>
      </w:r>
    </w:p>
    <w:p>
      <w:r>
        <w:rPr>
          <w:b w:val="0"/>
        </w:rPr>
        <w:t xml:space="preserve">In my current role at </w:t>
      </w:r>
      <w:r>
        <w:rPr>
          <w:b w:val="0"/>
          <w:color w:val="2446A6"/>
        </w:rPr>
        <w:t>[ABC Corp]</w:t>
      </w:r>
      <w:r>
        <w:rPr>
          <w:b w:val="0"/>
        </w:rPr>
        <w:t xml:space="preserve">, I have developed and executed multi-channel campaigns that drove a </w:t>
      </w:r>
      <w:r>
        <w:rPr>
          <w:b w:val="0"/>
          <w:color w:val="2446A6"/>
        </w:rPr>
        <w:t>[25%]</w:t>
      </w:r>
      <w:r>
        <w:rPr>
          <w:b w:val="0"/>
        </w:rPr>
        <w:t xml:space="preserve"> increase in lead generation within six months. My hands-on experience with SEO, Google Analytics, and social media strategy aligns closely with the requirements of your role. I am particularly drawn to XYZ Ltd because of its innovative approach to </w:t>
      </w:r>
      <w:r>
        <w:rPr>
          <w:b w:val="0"/>
          <w:color w:val="2446A6"/>
        </w:rPr>
        <w:t>[consumer tech]</w:t>
      </w:r>
      <w:r>
        <w:rPr>
          <w:b w:val="0"/>
        </w:rPr>
        <w:t>.</w:t>
      </w:r>
    </w:p>
    <w:p>
      <w:r>
        <w:rPr>
          <w:b w:val="0"/>
        </w:rPr>
        <w:t xml:space="preserve">I hold a Master's degree in Marketing from </w:t>
      </w:r>
      <w:r>
        <w:rPr>
          <w:b w:val="0"/>
          <w:color w:val="2446A6"/>
        </w:rPr>
        <w:t>[University of Paris]</w:t>
      </w:r>
      <w:r>
        <w:rPr>
          <w:b w:val="0"/>
        </w:rPr>
        <w:t xml:space="preserve"> and have excellent command of English, having worked in an international environment for the past </w:t>
      </w:r>
      <w:r>
        <w:rPr>
          <w:b w:val="0"/>
          <w:color w:val="2446A6"/>
        </w:rPr>
        <w:t>[two years]</w:t>
      </w:r>
      <w:r>
        <w:rPr>
          <w:b w:val="0"/>
        </w:rPr>
        <w:t>. I thrive in fast-paced settings and am eager to bring my analytical skills and creative thinking to your company.</w:t>
      </w:r>
    </w:p>
    <w:p>
      <w:r>
        <w:rPr>
          <w:b w:val="0"/>
        </w:rPr>
        <w:t>I would welcome the opportunity to discuss how my background and skills can support your marketing objectives. Thank you for considering my application.</w:t>
      </w:r>
    </w:p>
    <w:p>
      <w:r>
        <w:rPr>
          <w:b w:val="0"/>
        </w:rPr>
        <w:t>Yours faithfully,</w:t>
      </w:r>
    </w:p>
    <w:p/>
    <w:p>
      <w:pPr>
        <w:jc w:val="right"/>
      </w:pPr>
      <w:r>
        <w:rPr>
          <w:b w:val="0"/>
          <w:color w:val="2446A6"/>
        </w:rPr>
        <w:t>[Marie Dupont]</w:t>
      </w:r>
    </w:p>
    <w:p/>
    <w:p>
      <w:r>
        <w:rPr>
          <w:b w:val="0"/>
        </w:rPr>
        <w:t>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en anglais : exemple pour un poste en marketing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