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Facultés, 69007 Lyon]</w:t>
      </w:r>
    </w:p>
    <w:p>
      <w:pPr>
        <w:spacing w:after="0"/>
      </w:pPr>
      <w:r>
        <w:rPr>
          <w:b w:val="0"/>
          <w:color w:val="2446A6"/>
        </w:rPr>
        <w:t>[06 12 34 56 78]</w:t>
      </w:r>
      <w:r>
        <w:rPr>
          <w:b w:val="0"/>
        </w:rPr>
        <w:t xml:space="preserve"> / </w:t>
      </w:r>
      <w:r>
        <w:rPr>
          <w:b w:val="0"/>
          <w:color w:val="2446A6"/>
        </w:rPr>
        <w:t>[prenom.nom@mail.fr]</w:t>
      </w:r>
    </w:p>
    <w:p/>
    <w:p>
      <w:pPr>
        <w:spacing w:after="0"/>
        <w:jc w:val="right"/>
      </w:pPr>
      <w:r>
        <w:rPr>
          <w:b w:val="0"/>
        </w:rPr>
        <w:t>Responsable du master Psychologie clinique, psychopathologie et psychothérapie</w:t>
      </w:r>
    </w:p>
    <w:p>
      <w:pPr>
        <w:spacing w:after="0"/>
        <w:jc w:val="right"/>
      </w:pPr>
      <w:r>
        <w:rPr>
          <w:b w:val="0"/>
        </w:rPr>
        <w:t>Université Lumière Lyon 2</w:t>
      </w:r>
    </w:p>
    <w:p>
      <w:pPr>
        <w:spacing w:after="0"/>
        <w:jc w:val="right"/>
      </w:pPr>
      <w:r>
        <w:rPr>
          <w:b w:val="0"/>
        </w:rPr>
        <w:t>86 rue Pasteur, 69007 Lyon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[Lyon]</w:t>
      </w:r>
      <w:r>
        <w:rPr>
          <w:b w:val="0"/>
        </w:rPr>
        <w:t xml:space="preserve">, le </w:t>
      </w:r>
      <w:r>
        <w:rPr>
          <w:b w:val="0"/>
          <w:color w:val="2446A6"/>
        </w:rPr>
        <w:t>[24 mars 2027]</w:t>
      </w:r>
    </w:p>
    <w:p>
      <w:r>
        <w:rPr>
          <w:b/>
        </w:rPr>
        <w:t xml:space="preserve">Objet : Candidature au master </w:t>
      </w:r>
      <w:r>
        <w:rPr>
          <w:b/>
          <w:color w:val="2446A6"/>
        </w:rPr>
        <w:t>[Psychologie clinique, psychopathologie et psychothérapie]</w:t>
      </w:r>
      <w:r>
        <w:rPr>
          <w:b/>
        </w:rPr>
        <w:t xml:space="preserve"> – année universitaire </w:t>
      </w:r>
      <w:r>
        <w:rPr>
          <w:b/>
          <w:color w:val="2446A6"/>
        </w:rPr>
        <w:t>[2027-2028]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d’une licence de psychologie obtenue avec </w:t>
      </w:r>
      <w:r>
        <w:rPr>
          <w:b w:val="0"/>
          <w:color w:val="2446A6"/>
        </w:rPr>
        <w:t>[mention bien]</w:t>
      </w:r>
      <w:r>
        <w:rPr>
          <w:b w:val="0"/>
        </w:rPr>
        <w:t xml:space="preserve"> à l’Université </w:t>
      </w:r>
      <w:r>
        <w:rPr>
          <w:b w:val="0"/>
          <w:color w:val="2446A6"/>
        </w:rPr>
        <w:t>[Paris Nanterre]</w:t>
      </w:r>
      <w:r>
        <w:rPr>
          <w:b w:val="0"/>
        </w:rPr>
        <w:t xml:space="preserve">, je candidate au master </w:t>
      </w:r>
      <w:r>
        <w:rPr>
          <w:b w:val="0"/>
          <w:color w:val="2446A6"/>
        </w:rPr>
        <w:t>[Psychologie clinique, psychopathologie et psychothérapie]</w:t>
      </w:r>
      <w:r>
        <w:rPr>
          <w:b w:val="0"/>
        </w:rPr>
        <w:t xml:space="preserve"> pour la rentrée </w:t>
      </w:r>
      <w:r>
        <w:rPr>
          <w:b w:val="0"/>
          <w:color w:val="2446A6"/>
        </w:rPr>
        <w:t>[2027]</w:t>
      </w:r>
      <w:r>
        <w:rPr>
          <w:b w:val="0"/>
        </w:rPr>
        <w:t xml:space="preserve">. Votre parcours articule </w:t>
      </w:r>
      <w:r>
        <w:rPr>
          <w:b w:val="0"/>
          <w:color w:val="2446A6"/>
        </w:rPr>
        <w:t>[entretiens cliniques, échelles d’évaluation et supervision hebdomadaire]</w:t>
      </w:r>
      <w:r>
        <w:rPr>
          <w:b w:val="0"/>
        </w:rPr>
        <w:t xml:space="preserve"> dès le semestre 1, ce qui correspond à la pratique acquise lors de </w:t>
      </w:r>
      <w:r>
        <w:rPr>
          <w:b w:val="0"/>
          <w:color w:val="2446A6"/>
        </w:rPr>
        <w:t>[120 heures de stage]</w:t>
      </w:r>
      <w:r>
        <w:rPr>
          <w:b w:val="0"/>
        </w:rPr>
        <w:t xml:space="preserve"> en </w:t>
      </w:r>
      <w:r>
        <w:rPr>
          <w:b w:val="0"/>
          <w:color w:val="2446A6"/>
        </w:rPr>
        <w:t>[hôpital de jour pédopsychiatrique]</w:t>
      </w:r>
      <w:r>
        <w:rPr>
          <w:b w:val="0"/>
        </w:rPr>
        <w:t>.</w:t>
      </w:r>
    </w:p>
    <w:p>
      <w:r>
        <w:rPr>
          <w:b w:val="0"/>
        </w:rPr>
        <w:t xml:space="preserve">Ce stage, effectué au </w:t>
      </w:r>
      <w:r>
        <w:rPr>
          <w:b w:val="0"/>
          <w:color w:val="2446A6"/>
        </w:rPr>
        <w:t>[Centre thérapeutique de jour pour enfants de Montreuil]</w:t>
      </w:r>
      <w:r>
        <w:rPr>
          <w:b w:val="0"/>
        </w:rPr>
        <w:t xml:space="preserve"> de </w:t>
      </w:r>
      <w:r>
        <w:rPr>
          <w:b w:val="0"/>
          <w:color w:val="2446A6"/>
        </w:rPr>
        <w:t>[janvier]</w:t>
      </w:r>
      <w:r>
        <w:rPr>
          <w:b w:val="0"/>
        </w:rPr>
        <w:t xml:space="preserve"> à </w:t>
      </w:r>
      <w:r>
        <w:rPr>
          <w:b w:val="0"/>
          <w:color w:val="2446A6"/>
        </w:rPr>
        <w:t>[mai 2026]</w:t>
      </w:r>
      <w:r>
        <w:rPr>
          <w:b w:val="0"/>
        </w:rPr>
        <w:t xml:space="preserve">, a inclus </w:t>
      </w:r>
      <w:r>
        <w:rPr>
          <w:b w:val="0"/>
          <w:color w:val="2446A6"/>
        </w:rPr>
        <w:t>[la passation du WPPSI-IV]</w:t>
      </w:r>
      <w:r>
        <w:rPr>
          <w:b w:val="0"/>
        </w:rPr>
        <w:t xml:space="preserve"> et la rédaction de </w:t>
      </w:r>
      <w:r>
        <w:rPr>
          <w:b w:val="0"/>
          <w:color w:val="2446A6"/>
        </w:rPr>
        <w:t>[comptes rendus psychologiques]</w:t>
      </w:r>
      <w:r>
        <w:rPr>
          <w:b w:val="0"/>
        </w:rPr>
        <w:t xml:space="preserve"> sous la responsabilité d’une psychologue clinicienne. J’ai tenu un journal d’observation de </w:t>
      </w:r>
      <w:r>
        <w:rPr>
          <w:b w:val="0"/>
          <w:color w:val="2446A6"/>
        </w:rPr>
        <w:t>[35 séances]</w:t>
      </w:r>
      <w:r>
        <w:rPr>
          <w:b w:val="0"/>
        </w:rPr>
        <w:t>, que je mets à disposition du jury lors de l’entretien.</w:t>
      </w:r>
    </w:p>
    <w:p>
      <w:r>
        <w:rPr>
          <w:b w:val="0"/>
        </w:rPr>
        <w:t xml:space="preserve">Mon mémoire de licence porte sur </w:t>
      </w:r>
      <w:r>
        <w:rPr>
          <w:b w:val="0"/>
          <w:color w:val="2446A6"/>
        </w:rPr>
        <w:t>[les stratégies d’attachement chez les enfants placés en pouponnière]</w:t>
      </w:r>
      <w:r>
        <w:rPr>
          <w:b w:val="0"/>
        </w:rPr>
        <w:t xml:space="preserve">, en lien avec les travaux de </w:t>
      </w:r>
      <w:r>
        <w:rPr>
          <w:b w:val="0"/>
          <w:color w:val="2446A6"/>
        </w:rPr>
        <w:t>[la professeure Anne Dufour]</w:t>
      </w:r>
      <w:r>
        <w:rPr>
          <w:b w:val="0"/>
        </w:rPr>
        <w:t xml:space="preserve"> sur la parentalité. Intégrer ce master me permettrait de poursuivre cette question par une recherche sur </w:t>
      </w:r>
      <w:r>
        <w:rPr>
          <w:b w:val="0"/>
          <w:color w:val="2446A6"/>
        </w:rPr>
        <w:t>[les entretiens d’évaluation des visites médiatisées]</w:t>
      </w:r>
      <w:r>
        <w:rPr>
          <w:b w:val="0"/>
        </w:rPr>
        <w:t xml:space="preserve"> au sein de l’équipe </w:t>
      </w:r>
      <w:r>
        <w:rPr>
          <w:b w:val="0"/>
          <w:color w:val="2446A6"/>
        </w:rPr>
        <w:t>[clinique de l’enfant et de la parentalité]</w:t>
      </w:r>
      <w:r>
        <w:rPr>
          <w:b w:val="0"/>
        </w:rPr>
        <w:t>.</w:t>
      </w:r>
    </w:p>
    <w:p>
      <w:r>
        <w:rPr>
          <w:b w:val="0"/>
        </w:rPr>
        <w:t xml:space="preserve">Je joins les relevés de licence, une attestation de stage signée et une synthèse de mémoire de </w:t>
      </w:r>
      <w:r>
        <w:rPr>
          <w:b w:val="0"/>
          <w:color w:val="2446A6"/>
        </w:rPr>
        <w:t>[12 pages]</w:t>
      </w:r>
      <w:r>
        <w:rPr>
          <w:b w:val="0"/>
        </w:rPr>
        <w:t xml:space="preserve">. Je reste disponible pour un entretien à partir du </w:t>
      </w:r>
      <w:r>
        <w:rPr>
          <w:b w:val="0"/>
          <w:color w:val="2446A6"/>
        </w:rPr>
        <w:t>[2 juin 2027]</w:t>
      </w:r>
      <w:r>
        <w:rPr>
          <w:b w:val="0"/>
        </w:rPr>
        <w:t>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Pièces jointes : relevés de licence, attestation de stage signée, synthèse du mémoire de licence.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master psychologie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