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[Adresse e-mail]</w:t>
      </w:r>
    </w:p>
    <w:p/>
    <w:p>
      <w:pPr>
        <w:spacing w:after="0"/>
        <w:jc w:val="right"/>
      </w:pPr>
      <w:r>
        <w:rPr>
          <w:b w:val="0"/>
        </w:rPr>
        <w:t xml:space="preserve">Université </w:t>
      </w:r>
      <w:r>
        <w:rPr>
          <w:b w:val="0"/>
          <w:color w:val="2446A6"/>
        </w:rPr>
        <w:t>[Nom de l’université]</w:t>
      </w:r>
    </w:p>
    <w:p>
      <w:pPr>
        <w:spacing w:after="0"/>
        <w:jc w:val="right"/>
      </w:pPr>
      <w:r>
        <w:rPr>
          <w:b w:val="0"/>
        </w:rPr>
        <w:t>Service des admissions</w:t>
      </w:r>
    </w:p>
    <w:p>
      <w:pPr>
        <w:spacing w:after="0"/>
        <w:jc w:val="right"/>
      </w:pPr>
      <w:r>
        <w:rPr>
          <w:b w:val="0"/>
          <w:color w:val="2446A6"/>
        </w:rPr>
        <w:t>[Adresse de l’université]</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en première année de licence de droit – Parcoursup n° </w:t>
      </w:r>
      <w:r>
        <w:rPr>
          <w:b/>
          <w:color w:val="2446A6"/>
        </w:rPr>
        <w:t>[numéro]</w:t>
      </w:r>
    </w:p>
    <w:p/>
    <w:p>
      <w:r>
        <w:rPr>
          <w:b w:val="0"/>
        </w:rPr>
        <w:t>Madame, Monsieur,</w:t>
      </w:r>
    </w:p>
    <w:p>
      <w:r>
        <w:rPr>
          <w:b w:val="0"/>
        </w:rPr>
        <w:t xml:space="preserve">Actuellement en terminale générale avec les spécialités </w:t>
      </w:r>
      <w:r>
        <w:rPr>
          <w:b w:val="0"/>
          <w:color w:val="2446A6"/>
        </w:rPr>
        <w:t>[Histoire-géographie, géopolitique et sciences politiques]</w:t>
      </w:r>
      <w:r>
        <w:rPr>
          <w:b w:val="0"/>
        </w:rPr>
        <w:t xml:space="preserve"> et </w:t>
      </w:r>
      <w:r>
        <w:rPr>
          <w:b w:val="0"/>
          <w:color w:val="2446A6"/>
        </w:rPr>
        <w:t>[Sciences économiques et sociales]</w:t>
      </w:r>
      <w:r>
        <w:rPr>
          <w:b w:val="0"/>
        </w:rPr>
        <w:t xml:space="preserve">, je souhaite intégrer la licence de droit de l’Université </w:t>
      </w:r>
      <w:r>
        <w:rPr>
          <w:b w:val="0"/>
          <w:color w:val="2446A6"/>
        </w:rPr>
        <w:t>[Nom]</w:t>
      </w:r>
      <w:r>
        <w:rPr>
          <w:b w:val="0"/>
        </w:rPr>
        <w:t xml:space="preserve">. L’analyse des mécanismes institutionnels et la résolution de situations concrètes m’ont guidé vers cette orientation, notamment depuis que j’ai assisté à une audience correctionnelle au tribunal de </w:t>
      </w:r>
      <w:r>
        <w:rPr>
          <w:b w:val="0"/>
          <w:color w:val="2446A6"/>
        </w:rPr>
        <w:t>[Ville]</w:t>
      </w:r>
      <w:r>
        <w:rPr>
          <w:b w:val="0"/>
        </w:rPr>
        <w:t xml:space="preserve"> le </w:t>
      </w:r>
      <w:r>
        <w:rPr>
          <w:b w:val="0"/>
          <w:color w:val="2446A6"/>
        </w:rPr>
        <w:t>[mois]</w:t>
      </w:r>
      <w:r>
        <w:rPr>
          <w:b w:val="0"/>
        </w:rPr>
        <w:t xml:space="preserve"> dernier.</w:t>
      </w:r>
    </w:p>
    <w:p>
      <w:r>
        <w:rPr>
          <w:b w:val="0"/>
        </w:rPr>
        <w:t>Le droit n’est pas pour moi une matière théorique : j’ai pu mesurer, lors de cette audience, l’incidence directe d’une plaidoirie sur la décision du juge. Au lycée, mes travaux en HGGSP m’ont appris à structurer une argumentation à partir de sources contradictoires, tandis que les SES m’ont familiarisé avec les notions de contrat et de responsabilité. Ces acquis me permettront d’aborder sereinement les cours de droit constitutionnel et d’introduction au droit civil.</w:t>
      </w:r>
    </w:p>
    <w:p>
      <w:r>
        <w:rPr>
          <w:b w:val="0"/>
        </w:rPr>
        <w:t xml:space="preserve">Je souhaite construire un parcours exigeant, avec l’ambition de préparer ensuite le concours de la magistrature. L’Université </w:t>
      </w:r>
      <w:r>
        <w:rPr>
          <w:b w:val="0"/>
          <w:color w:val="2446A6"/>
        </w:rPr>
        <w:t>[Nom]</w:t>
      </w:r>
      <w:r>
        <w:rPr>
          <w:b w:val="0"/>
        </w:rPr>
        <w:t>, dont j’ai pu suivre une conférence en ligne sur la liberté d’expression en février dernier, offre un environnement stimulant que je serais fier d’intégrer. Je m’engage à y développer méthode et rigueur.</w:t>
      </w:r>
    </w:p>
    <w:p>
      <w:r>
        <w:rPr>
          <w:b w:val="0"/>
        </w:rPr>
        <w:t>Dans l’attente de votre retour, je vous prie d’agréer, Madame, Monsieur, l’expression de mes salutations distinguées.</w:t>
      </w:r>
    </w:p>
    <w:p/>
    <w:p>
      <w:pPr>
        <w:jc w:val="right"/>
      </w:pPr>
      <w:r>
        <w:rPr>
          <w:b w:val="0"/>
          <w:color w:val="2446A6"/>
        </w:rPr>
        <w:t>[Prénom Nom]</w:t>
      </w:r>
    </w:p>
    <w:p/>
    <w:p>
      <w:r>
        <w:rPr>
          <w:b w:val="0"/>
        </w:rPr>
        <w:t>Pièce jointe : bulletins scolaires de première et de terminale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Parcoursup droit</dc:title>
  <dc:subject/>
  <dc:creator/>
  <cp:keywords/>
  <dc:description/>
  <cp:lastModifiedBy/>
  <cp:revision>1</cp:revision>
  <dcterms:created xsi:type="dcterms:W3CDTF">2013-12-23T23:15:00Z</dcterms:created>
  <dcterms:modified xsi:type="dcterms:W3CDTF">2013-12-23T23:15:00Z</dcterms:modified>
  <cp:category/>
</cp:coreProperties>
</file>