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Commission d'examen des vœux Parcoursup</w:t>
      </w:r>
    </w:p>
    <w:p>
      <w:pPr>
        <w:spacing w:after="0"/>
        <w:jc w:val="right"/>
      </w:pPr>
      <w:r>
        <w:rPr>
          <w:b w:val="0"/>
          <w:color w:val="2446A6"/>
        </w:rPr>
        <w:t>[Nom de l'université]</w:t>
      </w:r>
    </w:p>
    <w:p>
      <w:pPr>
        <w:spacing w:after="0"/>
        <w:jc w:val="right"/>
      </w:pPr>
      <w:r>
        <w:rPr>
          <w:b w:val="0"/>
          <w:color w:val="2446A6"/>
        </w:rPr>
        <w:t>[Adresse de l'université]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en PASS / LAS – Parcoursup 2027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en terminale générale au lycée </w:t>
      </w:r>
      <w:r>
        <w:rPr>
          <w:b w:val="0"/>
          <w:color w:val="2446A6"/>
        </w:rPr>
        <w:t>[Nom du lycée]</w:t>
      </w:r>
      <w:r>
        <w:rPr>
          <w:b w:val="0"/>
        </w:rPr>
        <w:t xml:space="preserve">, je candidate en PASS à l’université </w:t>
      </w:r>
      <w:r>
        <w:rPr>
          <w:b w:val="0"/>
          <w:color w:val="2446A6"/>
        </w:rPr>
        <w:t>[Nom de l’université]</w:t>
      </w:r>
      <w:r>
        <w:rPr>
          <w:b w:val="0"/>
        </w:rPr>
        <w:t xml:space="preserve"> pour la rentrée 2027. Mon projet est de devenir médecin généraliste, un choix nourri par </w:t>
      </w:r>
      <w:r>
        <w:rPr>
          <w:b w:val="0"/>
          <w:color w:val="2446A6"/>
        </w:rPr>
        <w:t>[deux saisons de bénévolat aux Restos du Cœur]</w:t>
      </w:r>
      <w:r>
        <w:rPr>
          <w:b w:val="0"/>
        </w:rPr>
        <w:t xml:space="preserve"> et un stage d’observation de 15 jours en service de cardiologie à l’hôpital </w:t>
      </w:r>
      <w:r>
        <w:rPr>
          <w:b w:val="0"/>
          <w:color w:val="2446A6"/>
        </w:rPr>
        <w:t>[Nom de l’hôpital]</w:t>
      </w:r>
      <w:r>
        <w:rPr>
          <w:b w:val="0"/>
        </w:rPr>
        <w:t>.</w:t>
      </w:r>
    </w:p>
    <w:p>
      <w:r>
        <w:rPr>
          <w:b w:val="0"/>
        </w:rPr>
        <w:t xml:space="preserve">Ce stage m’a confronté à la réalité des gardes, à la lecture d’un électrocardiogramme et à la relation patient-soignant. J’y ai compris que la médecine exige une rigueur scientifique, une résistance physique et une écoute sans faille. Mon parcours en spécialité </w:t>
      </w:r>
      <w:r>
        <w:rPr>
          <w:b w:val="0"/>
          <w:color w:val="2446A6"/>
        </w:rPr>
        <w:t>[mathématiques et physique-chimie]</w:t>
      </w:r>
      <w:r>
        <w:rPr>
          <w:b w:val="0"/>
        </w:rPr>
        <w:t xml:space="preserve">, avec une moyenne de </w:t>
      </w:r>
      <w:r>
        <w:rPr>
          <w:b w:val="0"/>
          <w:color w:val="2446A6"/>
        </w:rPr>
        <w:t>[16,5/20]</w:t>
      </w:r>
      <w:r>
        <w:rPr>
          <w:b w:val="0"/>
        </w:rPr>
        <w:t xml:space="preserve"> en sciences, m’a préparé à la charge de travail du PASS.</w:t>
      </w:r>
    </w:p>
    <w:p>
      <w:r>
        <w:rPr>
          <w:b w:val="0"/>
        </w:rPr>
        <w:t>Je sais que la première année de PASS impose 60 heures de travail hebdomadaire et un rythme soutenu. J’ai développé cette endurance en pratiquant la natation à raison de cinq entraînements par semaine pendant six ans, tout en maintenant mes résultats scolaires. L’organisation et la persévérance sont des réflexes.</w:t>
      </w:r>
    </w:p>
    <w:p>
      <w:r>
        <w:rPr>
          <w:b w:val="0"/>
        </w:rPr>
        <w:t xml:space="preserve">Intégrer votre université me permettrait de bénéficier de l’accompagnement en tutorat et des conférences de professionnels que vous proposez. Je suis déterminé à réussir le concours et à m’investir dans la vie étudiante, notamment au sein de l’association </w:t>
      </w:r>
      <w:r>
        <w:rPr>
          <w:b w:val="0"/>
          <w:color w:val="2446A6"/>
        </w:rPr>
        <w:t>[Nom de l’association]</w:t>
      </w:r>
      <w:r>
        <w:rPr>
          <w:b w:val="0"/>
        </w:rPr>
        <w:t>.</w:t>
      </w:r>
    </w:p>
    <w:p>
      <w:r>
        <w:rPr>
          <w:b w:val="0"/>
        </w:rPr>
        <w:t>Je me tiens à votre disposition pour un entretien et vous remercie de l’attention portée à ma candidature.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 PASS / LAS (médecine)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