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postale]</w:t>
      </w:r>
    </w:p>
    <w:p>
      <w:pPr>
        <w:spacing w:after="0"/>
      </w:pPr>
      <w:r>
        <w:rPr>
          <w:b w:val="0"/>
          <w:color w:val="2446A6"/>
        </w:rPr>
        <w:t>[Téléphone]</w:t>
      </w:r>
      <w:r>
        <w:rPr>
          <w:b w:val="0"/>
        </w:rPr>
        <w:t xml:space="preserve"> | </w:t>
      </w: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Commission d'examen des vœux – Licence STAPS</w:t>
      </w:r>
    </w:p>
    <w:p>
      <w:pPr>
        <w:spacing w:after="0"/>
        <w:jc w:val="right"/>
      </w:pPr>
      <w:r>
        <w:rPr>
          <w:b w:val="0"/>
        </w:rPr>
        <w:t>Université de Bordeaux, 146 rue Léo Saignat, 33076 Bordeaux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candidature en licence STAPS via Parcoursup – vœu n°</w:t>
      </w:r>
      <w:r>
        <w:rPr>
          <w:b/>
          <w:color w:val="2446A6"/>
        </w:rPr>
        <w:t>[1]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du baccalauréat général avec les spécialités </w:t>
      </w:r>
      <w:r>
        <w:rPr>
          <w:b w:val="0"/>
          <w:color w:val="2446A6"/>
        </w:rPr>
        <w:t>[SVT et mathématiques]</w:t>
      </w:r>
      <w:r>
        <w:rPr>
          <w:b w:val="0"/>
        </w:rPr>
        <w:t xml:space="preserve">, je souhaite intégrer la licence STAPS à la rentrée 2027. Mon projet se précise depuis </w:t>
      </w:r>
      <w:r>
        <w:rPr>
          <w:b w:val="0"/>
          <w:color w:val="2446A6"/>
        </w:rPr>
        <w:t>[deux ans]</w:t>
      </w:r>
      <w:r>
        <w:rPr>
          <w:b w:val="0"/>
        </w:rPr>
        <w:t xml:space="preserve"> : devenir </w:t>
      </w:r>
      <w:r>
        <w:rPr>
          <w:b w:val="0"/>
          <w:color w:val="2446A6"/>
        </w:rPr>
        <w:t>[professeur d'EPS]</w:t>
      </w:r>
      <w:r>
        <w:rPr>
          <w:b w:val="0"/>
        </w:rPr>
        <w:t xml:space="preserve"> après le master MEEF, ou me diriger vers l'entraînement sportif si les stages confirment ce choix.</w:t>
      </w:r>
    </w:p>
    <w:p>
      <w:r>
        <w:rPr>
          <w:b w:val="0"/>
        </w:rPr>
        <w:t xml:space="preserve">Ma pratique sportive n'est pas une simple ligne sur un CV. Je cours </w:t>
      </w:r>
      <w:r>
        <w:rPr>
          <w:b w:val="0"/>
          <w:color w:val="2446A6"/>
        </w:rPr>
        <w:t>[trois fois par semaine]</w:t>
      </w:r>
      <w:r>
        <w:rPr>
          <w:b w:val="0"/>
        </w:rPr>
        <w:t xml:space="preserve"> en club d'athlétisme depuis </w:t>
      </w:r>
      <w:r>
        <w:rPr>
          <w:b w:val="0"/>
          <w:color w:val="2446A6"/>
        </w:rPr>
        <w:t>[la classe de quatrième]</w:t>
      </w:r>
      <w:r>
        <w:rPr>
          <w:b w:val="0"/>
        </w:rPr>
        <w:t xml:space="preserve">, avec un record personnel de </w:t>
      </w:r>
      <w:r>
        <w:rPr>
          <w:b w:val="0"/>
          <w:color w:val="2446A6"/>
        </w:rPr>
        <w:t>[12 min 40 s]</w:t>
      </w:r>
      <w:r>
        <w:rPr>
          <w:b w:val="0"/>
        </w:rPr>
        <w:t xml:space="preserve"> sur 3 000 mètres. J'ai également arbitré </w:t>
      </w:r>
      <w:r>
        <w:rPr>
          <w:b w:val="0"/>
          <w:color w:val="2446A6"/>
        </w:rPr>
        <w:t>[14 rencontres]</w:t>
      </w:r>
      <w:r>
        <w:rPr>
          <w:b w:val="0"/>
        </w:rPr>
        <w:t xml:space="preserve"> de football en district et obtenu la certification </w:t>
      </w:r>
      <w:r>
        <w:rPr>
          <w:b w:val="0"/>
          <w:color w:val="2446A6"/>
        </w:rPr>
        <w:t>[PSC1]</w:t>
      </w:r>
      <w:r>
        <w:rPr>
          <w:b w:val="0"/>
        </w:rPr>
        <w:t xml:space="preserve"> en </w:t>
      </w:r>
      <w:r>
        <w:rPr>
          <w:b w:val="0"/>
          <w:color w:val="2446A6"/>
        </w:rPr>
        <w:t>[2025]</w:t>
      </w:r>
      <w:r>
        <w:rPr>
          <w:b w:val="0"/>
        </w:rPr>
        <w:t>.</w:t>
      </w:r>
    </w:p>
    <w:p>
      <w:r>
        <w:rPr>
          <w:b w:val="0"/>
        </w:rPr>
        <w:t xml:space="preserve">J'ai encadré </w:t>
      </w:r>
      <w:r>
        <w:rPr>
          <w:b w:val="0"/>
          <w:color w:val="2446A6"/>
        </w:rPr>
        <w:t>[12 jeunes]</w:t>
      </w:r>
      <w:r>
        <w:rPr>
          <w:b w:val="0"/>
        </w:rPr>
        <w:t xml:space="preserve"> de 8 à 11 ans lors du stage multisports de </w:t>
      </w:r>
      <w:r>
        <w:rPr>
          <w:b w:val="0"/>
          <w:color w:val="2446A6"/>
        </w:rPr>
        <w:t>[ma commune]</w:t>
      </w:r>
      <w:r>
        <w:rPr>
          <w:b w:val="0"/>
        </w:rPr>
        <w:t xml:space="preserve"> en </w:t>
      </w:r>
      <w:r>
        <w:rPr>
          <w:b w:val="0"/>
          <w:color w:val="2446A6"/>
        </w:rPr>
        <w:t>[juillet 2026]</w:t>
      </w:r>
      <w:r>
        <w:rPr>
          <w:b w:val="0"/>
        </w:rPr>
        <w:t>. Préparer les séances, adapter les consignes et gérer un groupe m'ont confirmé que l'encadrement sportif correspond à ma façon de travailler : rigoureuse, patiente et tournée vers la progression des autres.</w:t>
      </w:r>
    </w:p>
    <w:p>
      <w:r>
        <w:rPr>
          <w:b w:val="0"/>
        </w:rPr>
        <w:t>La licence STAPS de votre université propose une approche pluridisciplinaire de la motricité et des stages d'observation dès la deuxième année. Je souhaite y développer mes connaissances en anatomie fonctionnelle, en physiologie de l'effort et en psychologie du sport pour consolider ce projet.</w:t>
      </w:r>
    </w:p>
    <w:p>
      <w:r>
        <w:rPr>
          <w:b w:val="0"/>
        </w:rPr>
        <w:t>Je vous prie d'agréer, Madame, Monsieur,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bulletins de première et de terminale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Parcoursup STAPS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