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[12 rue des Lilas, 69003 Lyon]</w:t>
      </w:r>
      <w:r>
        <w:rPr>
          <w:b w:val="0"/>
        </w:rPr>
        <w:t xml:space="preserve"> — </w:t>
      </w:r>
      <w:r>
        <w:rPr>
          <w:b w:val="0"/>
          <w:color w:val="2446A6"/>
        </w:rPr>
        <w:t>[06 12 34 56 78]</w:t>
      </w:r>
      <w:r>
        <w:rPr>
          <w:b w:val="0"/>
        </w:rPr>
        <w:t xml:space="preserve"> — </w:t>
      </w:r>
      <w:r>
        <w:rPr>
          <w:b w:val="0"/>
          <w:color w:val="2446A6"/>
        </w:rPr>
        <w:t>[prenom.nom@email.fr]</w:t>
      </w:r>
    </w:p>
    <w:p/>
    <w:p>
      <w:pPr>
        <w:spacing w:after="0"/>
        <w:jc w:val="right"/>
      </w:pPr>
      <w:r>
        <w:rPr>
          <w:b w:val="0"/>
        </w:rPr>
        <w:t>Madame la Directrice des Ressources Humaines</w:t>
      </w:r>
    </w:p>
    <w:p>
      <w:pPr>
        <w:spacing w:after="0"/>
        <w:jc w:val="right"/>
      </w:pPr>
      <w:r>
        <w:rPr>
          <w:b w:val="0"/>
          <w:color w:val="2446A6"/>
        </w:rPr>
        <w:t>[Nom de l'entreprise]</w:t>
      </w:r>
    </w:p>
    <w:p>
      <w:pPr>
        <w:spacing w:after="0"/>
        <w:jc w:val="right"/>
      </w:pPr>
      <w:r>
        <w:rPr>
          <w:b w:val="0"/>
          <w:color w:val="2446A6"/>
        </w:rPr>
        <w:t>[45 avenue de la République, 69002 Lyon]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[Lyon]</w:t>
      </w:r>
      <w:r>
        <w:rPr>
          <w:b w:val="0"/>
        </w:rPr>
        <w:t xml:space="preserve">, le </w:t>
      </w:r>
      <w:r>
        <w:rPr>
          <w:b w:val="0"/>
          <w:color w:val="2446A6"/>
        </w:rPr>
        <w:t>[24 septembre 2026]</w:t>
      </w:r>
    </w:p>
    <w:p>
      <w:r>
        <w:rPr>
          <w:b/>
        </w:rPr>
        <w:t xml:space="preserve">Objet : candidature spontanée au poste de </w:t>
      </w:r>
      <w:r>
        <w:rPr>
          <w:b/>
          <w:color w:val="2446A6"/>
        </w:rPr>
        <w:t>[chef de rayon produits frais]</w:t>
      </w:r>
    </w:p>
    <w:p/>
    <w:p>
      <w:r>
        <w:rPr>
          <w:b w:val="0"/>
        </w:rPr>
        <w:t>Madame,</w:t>
      </w:r>
    </w:p>
    <w:p>
      <w:r>
        <w:rPr>
          <w:b w:val="0"/>
        </w:rPr>
        <w:t xml:space="preserve">Votre </w:t>
      </w:r>
      <w:r>
        <w:rPr>
          <w:b w:val="0"/>
          <w:color w:val="2446A6"/>
        </w:rPr>
        <w:t>[ouverture d'un magasin de 1 200 m² à Villeurbanne]</w:t>
      </w:r>
      <w:r>
        <w:rPr>
          <w:b w:val="0"/>
        </w:rPr>
        <w:t xml:space="preserve"> annoncée dans </w:t>
      </w:r>
      <w:r>
        <w:rPr>
          <w:b w:val="0"/>
          <w:color w:val="2446A6"/>
        </w:rPr>
        <w:t>[Le Progrès du 12 septembre]</w:t>
      </w:r>
      <w:r>
        <w:rPr>
          <w:b w:val="0"/>
        </w:rPr>
        <w:t xml:space="preserve"> m'a conduit à vous adresser ma candidature. Je recherche un poste de </w:t>
      </w:r>
      <w:r>
        <w:rPr>
          <w:b w:val="0"/>
          <w:color w:val="2446A6"/>
        </w:rPr>
        <w:t>[chef de rayon produits frais]</w:t>
      </w:r>
      <w:r>
        <w:rPr>
          <w:b w:val="0"/>
        </w:rPr>
        <w:t xml:space="preserve"> et votre développement sur le secteur correspond exactement au métier que je pratique depuis </w:t>
      </w:r>
      <w:r>
        <w:rPr>
          <w:b w:val="0"/>
          <w:color w:val="2446A6"/>
        </w:rPr>
        <w:t>[sept ans]</w:t>
      </w:r>
      <w:r>
        <w:rPr>
          <w:b w:val="0"/>
        </w:rPr>
        <w:t>.</w:t>
      </w:r>
    </w:p>
    <w:p>
      <w:r>
        <w:rPr>
          <w:b w:val="0"/>
        </w:rPr>
        <w:t xml:space="preserve">Chez </w:t>
      </w:r>
      <w:r>
        <w:rPr>
          <w:b w:val="0"/>
          <w:color w:val="2446A6"/>
        </w:rPr>
        <w:t>[Enseigne]</w:t>
      </w:r>
      <w:r>
        <w:rPr>
          <w:b w:val="0"/>
        </w:rPr>
        <w:t xml:space="preserve">, j'ai géré un rayon de </w:t>
      </w:r>
      <w:r>
        <w:rPr>
          <w:b w:val="0"/>
          <w:color w:val="2446A6"/>
        </w:rPr>
        <w:t>[quarante références]</w:t>
      </w:r>
      <w:r>
        <w:rPr>
          <w:b w:val="0"/>
        </w:rPr>
        <w:t xml:space="preserve"> avec </w:t>
      </w:r>
      <w:r>
        <w:rPr>
          <w:b w:val="0"/>
          <w:color w:val="2446A6"/>
        </w:rPr>
        <w:t>[une équipe de six personnes]</w:t>
      </w:r>
      <w:r>
        <w:rPr>
          <w:b w:val="0"/>
        </w:rPr>
        <w:t xml:space="preserve">. Sur </w:t>
      </w:r>
      <w:r>
        <w:rPr>
          <w:b w:val="0"/>
          <w:color w:val="2446A6"/>
        </w:rPr>
        <w:t>[deux saisons]</w:t>
      </w:r>
      <w:r>
        <w:rPr>
          <w:b w:val="0"/>
        </w:rPr>
        <w:t xml:space="preserve">, j'ai fait passer la démarque de </w:t>
      </w:r>
      <w:r>
        <w:rPr>
          <w:b w:val="0"/>
          <w:color w:val="2446A6"/>
        </w:rPr>
        <w:t>[4,2 %]</w:t>
      </w:r>
      <w:r>
        <w:rPr>
          <w:b w:val="0"/>
        </w:rPr>
        <w:t xml:space="preserve"> à </w:t>
      </w:r>
      <w:r>
        <w:rPr>
          <w:b w:val="0"/>
          <w:color w:val="2446A6"/>
        </w:rPr>
        <w:t>[2,1 %]</w:t>
      </w:r>
      <w:r>
        <w:rPr>
          <w:b w:val="0"/>
        </w:rPr>
        <w:t xml:space="preserve"> en modifiant la rotation des commandes et en formant les équipiers à la date courte. Le magasin a terminé </w:t>
      </w:r>
      <w:r>
        <w:rPr>
          <w:b w:val="0"/>
          <w:color w:val="2446A6"/>
        </w:rPr>
        <w:t>[premier]</w:t>
      </w:r>
      <w:r>
        <w:rPr>
          <w:b w:val="0"/>
        </w:rPr>
        <w:t xml:space="preserve"> de son groupe sur la marge frais en </w:t>
      </w:r>
      <w:r>
        <w:rPr>
          <w:b w:val="0"/>
          <w:color w:val="2446A6"/>
        </w:rPr>
        <w:t>[2025]</w:t>
      </w:r>
      <w:r>
        <w:rPr>
          <w:b w:val="0"/>
        </w:rPr>
        <w:t>.</w:t>
      </w:r>
    </w:p>
    <w:p>
      <w:r>
        <w:rPr>
          <w:b w:val="0"/>
        </w:rPr>
        <w:t xml:space="preserve">Votre </w:t>
      </w:r>
      <w:r>
        <w:rPr>
          <w:b w:val="0"/>
          <w:color w:val="2446A6"/>
        </w:rPr>
        <w:t>[projet d'ouverture]</w:t>
      </w:r>
      <w:r>
        <w:rPr>
          <w:b w:val="0"/>
        </w:rPr>
        <w:t xml:space="preserve"> suppose de constituer une équipe et de tenir les premiers mois, quand les process ne sont pas encore rodés. J'ai ouvert </w:t>
      </w:r>
      <w:r>
        <w:rPr>
          <w:b w:val="0"/>
          <w:color w:val="2446A6"/>
        </w:rPr>
        <w:t>[deux points de vente]</w:t>
      </w:r>
      <w:r>
        <w:rPr>
          <w:b w:val="0"/>
        </w:rPr>
        <w:t xml:space="preserve"> dans mon parcours et je sais rédiger les fiches de poste, caler les plannings et former les nouveaux sur le terrain.</w:t>
      </w:r>
    </w:p>
    <w:p>
      <w:r>
        <w:rPr>
          <w:b w:val="0"/>
        </w:rPr>
        <w:t xml:space="preserve">Je suis disponible pour un entretien </w:t>
      </w:r>
      <w:r>
        <w:rPr>
          <w:b w:val="0"/>
          <w:color w:val="2446A6"/>
        </w:rPr>
        <w:t>[à votre convenance, y compris en soirée]</w:t>
      </w:r>
      <w:r>
        <w:rPr>
          <w:b w:val="0"/>
        </w:rPr>
        <w:t xml:space="preserve">. Vous pouvez me joindre au </w:t>
      </w:r>
      <w:r>
        <w:rPr>
          <w:b w:val="0"/>
          <w:color w:val="2446A6"/>
        </w:rPr>
        <w:t>[06 12 34 56 78]</w:t>
      </w:r>
      <w:r>
        <w:rPr>
          <w:b w:val="0"/>
        </w:rPr>
        <w:t>.</w:t>
      </w:r>
    </w:p>
    <w:p>
      <w:r>
        <w:rPr>
          <w:b w:val="0"/>
        </w:rPr>
        <w:t>Je vous prie d'agréer, Madame, l'expression de mes salutations respectueuses.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curriculum vitae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pour une candidature spontanée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