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Lilas, 69003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  <w:color w:val="2446A6"/>
        </w:rPr>
        <w:t>[Intermarché Lyon Part-Dieu]</w:t>
      </w:r>
    </w:p>
    <w:p>
      <w:pPr>
        <w:spacing w:after="0"/>
        <w:jc w:val="right"/>
      </w:pPr>
      <w:r>
        <w:rPr>
          <w:b w:val="0"/>
        </w:rPr>
        <w:t xml:space="preserve">Service recrutement — </w:t>
      </w:r>
      <w:r>
        <w:rPr>
          <w:b w:val="0"/>
          <w:color w:val="2446A6"/>
        </w:rPr>
        <w:t>[34 boulevard Vivier-Merle, 69003 Lyon]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[14 mars 2026]</w:t>
      </w:r>
    </w:p>
    <w:p>
      <w:r>
        <w:rPr>
          <w:b/>
        </w:rPr>
        <w:t>Objet : candidature à un emploi saisonnier — juillet et août 2026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Étudiant en </w:t>
      </w:r>
      <w:r>
        <w:rPr>
          <w:b w:val="0"/>
          <w:color w:val="2446A6"/>
        </w:rPr>
        <w:t>[première année de BTS Management Commercial Opérationnel au lycée Diderot]</w:t>
      </w:r>
      <w:r>
        <w:rPr>
          <w:b w:val="0"/>
        </w:rPr>
        <w:t xml:space="preserve">, je cherche un emploi saisonnier pour les mois de juillet et août 2026. Je suis disponible du </w:t>
      </w:r>
      <w:r>
        <w:rPr>
          <w:b w:val="0"/>
          <w:color w:val="2446A6"/>
        </w:rPr>
        <w:t>[4 juillet]</w:t>
      </w:r>
      <w:r>
        <w:rPr>
          <w:b w:val="0"/>
        </w:rPr>
        <w:t xml:space="preserve"> au </w:t>
      </w:r>
      <w:r>
        <w:rPr>
          <w:b w:val="0"/>
          <w:color w:val="2446A6"/>
        </w:rPr>
        <w:t>[28 août]</w:t>
      </w:r>
      <w:r>
        <w:rPr>
          <w:b w:val="0"/>
        </w:rPr>
        <w:t xml:space="preserve">, y compris les samedis et les jours fériés, et je réside à </w:t>
      </w:r>
      <w:r>
        <w:rPr>
          <w:b w:val="0"/>
          <w:color w:val="2446A6"/>
        </w:rPr>
        <w:t>[quinze minutes à pied]</w:t>
      </w:r>
      <w:r>
        <w:rPr>
          <w:b w:val="0"/>
        </w:rPr>
        <w:t xml:space="preserve"> de votre magasin.</w:t>
      </w:r>
    </w:p>
    <w:p>
      <w:r>
        <w:rPr>
          <w:b w:val="0"/>
        </w:rPr>
        <w:t xml:space="preserve">Votre rayon </w:t>
      </w:r>
      <w:r>
        <w:rPr>
          <w:b w:val="0"/>
          <w:color w:val="2446A6"/>
        </w:rPr>
        <w:t>[produits frais]</w:t>
      </w:r>
      <w:r>
        <w:rPr>
          <w:b w:val="0"/>
        </w:rPr>
        <w:t xml:space="preserve"> m'intéresse particulièrement : je prépare des commandes clients dans le cadre d'un job étudiant de </w:t>
      </w:r>
      <w:r>
        <w:rPr>
          <w:b w:val="0"/>
          <w:color w:val="2446A6"/>
        </w:rPr>
        <w:t>[deux saisons]</w:t>
      </w:r>
      <w:r>
        <w:rPr>
          <w:b w:val="0"/>
        </w:rPr>
        <w:t xml:space="preserve"> chez </w:t>
      </w:r>
      <w:r>
        <w:rPr>
          <w:b w:val="0"/>
          <w:color w:val="2446A6"/>
        </w:rPr>
        <w:t>[un primeur des Halles de Lyon]</w:t>
      </w:r>
      <w:r>
        <w:rPr>
          <w:b w:val="0"/>
        </w:rPr>
        <w:t xml:space="preserve">, où je tiens la caisse et j'assure la mise en rayon. Je sais lire un bon de livraison, contrôler des DLC et travailler debout sur un créneau de </w:t>
      </w:r>
      <w:r>
        <w:rPr>
          <w:b w:val="0"/>
          <w:color w:val="2446A6"/>
        </w:rPr>
        <w:t>[huit heures]</w:t>
      </w:r>
      <w:r>
        <w:rPr>
          <w:b w:val="0"/>
        </w:rPr>
        <w:t>.</w:t>
      </w:r>
    </w:p>
    <w:p>
      <w:r>
        <w:rPr>
          <w:b w:val="0"/>
        </w:rPr>
        <w:t xml:space="preserve">Je cherche un contrat de </w:t>
      </w:r>
      <w:r>
        <w:rPr>
          <w:b w:val="0"/>
          <w:color w:val="2446A6"/>
        </w:rPr>
        <w:t>[six à huit semaines]</w:t>
      </w:r>
      <w:r>
        <w:rPr>
          <w:b w:val="0"/>
        </w:rPr>
        <w:t xml:space="preserve">, rémunéré au SMIC, sans exigence sur les horaires : tôt le matin ou en soirée me conviennent. Je peux me rendre disponible pour un entretien </w:t>
      </w:r>
      <w:r>
        <w:rPr>
          <w:b w:val="0"/>
          <w:color w:val="2446A6"/>
        </w:rPr>
        <w:t>[le mardi ou le jeudi après 16 h]</w:t>
      </w:r>
      <w:r>
        <w:rPr>
          <w:b w:val="0"/>
        </w:rPr>
        <w:t>, à votre convenance.</w:t>
      </w:r>
    </w:p>
    <w:p>
      <w:r>
        <w:rPr>
          <w:b w:val="0"/>
        </w:rPr>
        <w:t xml:space="preserve">Je reste joignable au </w:t>
      </w:r>
      <w:r>
        <w:rPr>
          <w:b w:val="0"/>
          <w:color w:val="2446A6"/>
        </w:rPr>
        <w:t>[06 12 34 56 78]</w:t>
      </w:r>
      <w:r>
        <w:rPr>
          <w:b w:val="0"/>
        </w:rPr>
        <w:t xml:space="preserve"> et je peux fournir une attestation de l'employeur précédent si vous le souhaitez.</w:t>
      </w:r>
    </w:p>
    <w:p>
      <w:r>
        <w:rPr>
          <w:b w:val="0"/>
        </w:rPr>
        <w:t>Je vous remercie de l'attention portée à ma candidature et vous prie d'agréer, Madame, Monsieur, l'expression de mes salutations respectueuses.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curriculum vitae d'une page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pour un job d'été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