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color w:val="2446A6"/>
        </w:rPr>
        <w:t>[Code postal]</w:t>
      </w:r>
      <w:r>
        <w:rPr>
          <w:b w:val="0"/>
        </w:rPr>
        <w:t xml:space="preserve"> </w:t>
      </w:r>
      <w:r>
        <w:rPr>
          <w:b w:val="0"/>
          <w:color w:val="2446A6"/>
        </w:rPr>
        <w:t>[Ville]</w:t>
      </w:r>
    </w:p>
    <w:p>
      <w:pPr>
        <w:spacing w:after="0"/>
      </w:pPr>
      <w:r>
        <w:rPr>
          <w:b w:val="0"/>
          <w:color w:val="2446A6"/>
        </w:rPr>
        <w:t>[Téléphone]</w:t>
      </w:r>
    </w:p>
    <w:p>
      <w:pPr>
        <w:spacing w:after="0"/>
      </w:pPr>
      <w:r>
        <w:rPr>
          <w:b w:val="0"/>
          <w:color w:val="2446A6"/>
        </w:rPr>
        <w:t>[Email]</w:t>
      </w:r>
    </w:p>
    <w:p/>
    <w:p>
      <w:pPr>
        <w:spacing w:after="0"/>
        <w:jc w:val="right"/>
      </w:pPr>
      <w:r>
        <w:rPr>
          <w:b w:val="0"/>
          <w:color w:val="2446A6"/>
        </w:rPr>
        <w:t>[Nom de l'entreprise]</w:t>
      </w:r>
    </w:p>
    <w:p>
      <w:pPr>
        <w:spacing w:after="0"/>
        <w:jc w:val="right"/>
      </w:pPr>
      <w:r>
        <w:rPr>
          <w:b w:val="0"/>
        </w:rPr>
        <w:t xml:space="preserve">Service </w:t>
      </w:r>
      <w:r>
        <w:rPr>
          <w:b w:val="0"/>
          <w:color w:val="2446A6"/>
        </w:rPr>
        <w:t>[Ressources Humaines / Data]</w:t>
      </w:r>
    </w:p>
    <w:p>
      <w:pPr>
        <w:spacing w:after="0"/>
        <w:jc w:val="right"/>
      </w:pPr>
      <w:r>
        <w:rPr>
          <w:b w:val="0"/>
          <w:color w:val="2446A6"/>
        </w:rPr>
        <w:t>[Adresse]</w:t>
      </w:r>
    </w:p>
    <w:p>
      <w:pPr>
        <w:spacing w:after="0"/>
        <w:jc w:val="right"/>
      </w:pPr>
      <w:r>
        <w:rPr>
          <w:b w:val="0"/>
          <w:color w:val="2446A6"/>
        </w:rPr>
        <w:t>[Code postal]</w:t>
      </w:r>
      <w:r>
        <w:rPr>
          <w:b w:val="0"/>
        </w:rPr>
        <w:t xml:space="preserve"> </w:t>
      </w:r>
      <w:r>
        <w:rPr>
          <w:b w:val="0"/>
          <w:color w:val="2446A6"/>
        </w:rPr>
        <w:t>[Ville]</w:t>
      </w:r>
    </w:p>
    <w:p/>
    <w:p>
      <w:pPr>
        <w:jc w:val="right"/>
      </w:pPr>
      <w:r>
        <w:rPr>
          <w:b w:val="0"/>
        </w:rPr>
        <w:t xml:space="preserve">À </w:t>
      </w:r>
      <w:r>
        <w:rPr>
          <w:b w:val="0"/>
          <w:color w:val="2446A6"/>
        </w:rPr>
        <w:t>[Paris]</w:t>
      </w:r>
      <w:r>
        <w:rPr>
          <w:b w:val="0"/>
        </w:rPr>
        <w:t xml:space="preserve">, le </w:t>
      </w:r>
      <w:r>
        <w:rPr>
          <w:b w:val="0"/>
          <w:color w:val="2446A6"/>
        </w:rPr>
        <w:t>[24 septembre 2026]</w:t>
      </w:r>
    </w:p>
    <w:p>
      <w:r>
        <w:rPr>
          <w:b/>
        </w:rPr>
        <w:t xml:space="preserve">Objet : Candidature pour un stage de Master 2 </w:t>
      </w:r>
      <w:r>
        <w:rPr>
          <w:b/>
          <w:color w:val="2446A6"/>
        </w:rPr>
        <w:t>[Data Engineer]</w:t>
      </w:r>
    </w:p>
    <w:p/>
    <w:p>
      <w:r>
        <w:rPr>
          <w:b w:val="0"/>
        </w:rPr>
        <w:t>Madame, Monsieur,</w:t>
      </w:r>
    </w:p>
    <w:p>
      <w:r>
        <w:rPr>
          <w:b w:val="0"/>
        </w:rPr>
        <w:t xml:space="preserve">Titulaire d’un Master 1 en informatique à l’Université </w:t>
      </w:r>
      <w:r>
        <w:rPr>
          <w:b w:val="0"/>
          <w:color w:val="2446A6"/>
        </w:rPr>
        <w:t>[nom]</w:t>
      </w:r>
      <w:r>
        <w:rPr>
          <w:b w:val="0"/>
        </w:rPr>
        <w:t xml:space="preserve">, je suis à la recherche d’un stage de fin d’études de 6 mois à compter de mars 2027, dans le cadre de mon Master 2 spécialité </w:t>
      </w:r>
      <w:r>
        <w:rPr>
          <w:b w:val="0"/>
          <w:color w:val="2446A6"/>
        </w:rPr>
        <w:t>[Data Science]</w:t>
      </w:r>
      <w:r>
        <w:rPr>
          <w:b w:val="0"/>
        </w:rPr>
        <w:t xml:space="preserve">. Votre offre de stage </w:t>
      </w:r>
      <w:r>
        <w:rPr>
          <w:b w:val="0"/>
          <w:color w:val="2446A6"/>
        </w:rPr>
        <w:t>[Data Engineer]</w:t>
      </w:r>
      <w:r>
        <w:rPr>
          <w:b w:val="0"/>
        </w:rPr>
        <w:t xml:space="preserve"> a immédiatement retenu mon attention : votre projet de refonte du pipeline de données clients avec Spark et Kafka correspond exactement aux problématiques que j’ai abordées lors de mon projet universitaire de </w:t>
      </w:r>
      <w:r>
        <w:rPr>
          <w:b w:val="0"/>
          <w:color w:val="2446A6"/>
        </w:rPr>
        <w:t>[mise en place d’un lac de données pour une régie publicitaire]</w:t>
      </w:r>
      <w:r>
        <w:rPr>
          <w:b w:val="0"/>
        </w:rPr>
        <w:t>.</w:t>
      </w:r>
    </w:p>
    <w:p>
      <w:r>
        <w:rPr>
          <w:b w:val="0"/>
        </w:rPr>
        <w:t>Au cours de ce projet, j’ai conçu un flux ETL capable d’ingérer 2 To de logs par jour, en utilisant Python, Airflow et une base Cassandra. J’ai également optimisé les requêtes pour réduire la latence de 40 %, un résultat qui m’a valu la note de 18/20. Cette expérience m’a permis de maîtriser les architectures distribuées et les tests de performance, des compétences que je souhaite approfondir au sein de votre équipe Data Infrastructure.</w:t>
      </w:r>
    </w:p>
    <w:p>
      <w:r>
        <w:rPr>
          <w:b w:val="0"/>
        </w:rPr>
        <w:t xml:space="preserve">Par ailleurs, mon stage de 3 mois chez </w:t>
      </w:r>
      <w:r>
        <w:rPr>
          <w:b w:val="0"/>
          <w:color w:val="2446A6"/>
        </w:rPr>
        <w:t>[Editeur de logiciels]</w:t>
      </w:r>
      <w:r>
        <w:rPr>
          <w:b w:val="0"/>
        </w:rPr>
        <w:t xml:space="preserve"> m’a confronté aux méthodes Agile et à la rigueur des revues de code. J’y ai développé une API REST en Node.js consommée par 10 000 utilisateurs, en respectant un cahier des charges strict et des délais serrés. Je suis convaincu que cette double compétence — traitement massif de données et développement back-end — peut servir vos objectifs de scalabilité.</w:t>
      </w:r>
    </w:p>
    <w:p>
      <w:r>
        <w:rPr>
          <w:b w:val="0"/>
        </w:rPr>
        <w:t>Je me tiens à votre disposition pour un entretien à votre convenance.</w:t>
      </w:r>
    </w:p>
    <w:p>
      <w:r>
        <w:rPr>
          <w:b w:val="0"/>
        </w:rPr>
        <w:t>Je vous prie d’agréer, Madame, Monsieur, l’expression de mes salutations distinguées.</w:t>
      </w:r>
    </w:p>
    <w:p/>
    <w:p>
      <w:pPr>
        <w:jc w:val="right"/>
      </w:pPr>
      <w:r>
        <w:rPr>
          <w:b w:val="0"/>
          <w:color w:val="2446A6"/>
        </w:rPr>
        <w:t>[Prénom Nom]</w:t>
      </w:r>
    </w:p>
    <w:p/>
    <w:p>
      <w:r>
        <w:rPr>
          <w:b w:val="0"/>
        </w:rPr>
        <w:t>Pièce jointe : Curriculum vitae</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pour un stage en master</dc:title>
  <dc:subject/>
  <dc:creator/>
  <cp:keywords/>
  <dc:description/>
  <cp:lastModifiedBy/>
  <cp:revision>1</cp:revision>
  <dcterms:created xsi:type="dcterms:W3CDTF">2013-12-23T23:15:00Z</dcterms:created>
  <dcterms:modified xsi:type="dcterms:W3CDTF">2013-12-23T23:15:00Z</dcterms:modified>
  <cp:category/>
</cp:coreProperties>
</file>