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Tilleuls, 44000 Nantes]</w:t>
      </w:r>
    </w:p>
    <w:p>
      <w:pPr>
        <w:spacing w:after="0"/>
      </w:pPr>
      <w:r>
        <w:rPr>
          <w:b w:val="0"/>
          <w:color w:val="2446A6"/>
        </w:rPr>
        <w:t>[06 12 34 56 78 — prenom.nom@email.fr]</w:t>
      </w:r>
    </w:p>
    <w:p/>
    <w:p>
      <w:pPr>
        <w:spacing w:after="0"/>
        <w:jc w:val="right"/>
      </w:pPr>
      <w:r>
        <w:rPr>
          <w:b w:val="0"/>
        </w:rPr>
        <w:t>Institut de formation d'aide-soignant — CHU de Nantes</w:t>
      </w:r>
    </w:p>
    <w:p>
      <w:pPr>
        <w:spacing w:after="0"/>
        <w:jc w:val="right"/>
      </w:pPr>
      <w:r>
        <w:rPr>
          <w:b w:val="0"/>
        </w:rPr>
        <w:t>5 allée de l'Île-Gloriette, 44093 Nantes Cedex 1</w:t>
      </w:r>
    </w:p>
    <w:p/>
    <w:p>
      <w:pPr>
        <w:jc w:val="right"/>
      </w:pPr>
      <w:r>
        <w:rPr>
          <w:b w:val="0"/>
        </w:rPr>
        <w:t xml:space="preserve">À </w:t>
      </w:r>
      <w:r>
        <w:rPr>
          <w:b w:val="0"/>
          <w:color w:val="2446A6"/>
        </w:rPr>
        <w:t>[Nantes]</w:t>
      </w:r>
      <w:r>
        <w:rPr>
          <w:b w:val="0"/>
        </w:rPr>
        <w:t xml:space="preserve">, le </w:t>
      </w:r>
      <w:r>
        <w:rPr>
          <w:b w:val="0"/>
          <w:color w:val="2446A6"/>
        </w:rPr>
        <w:t>[24 septembre 2026]</w:t>
      </w:r>
    </w:p>
    <w:p>
      <w:pPr>
        <w:spacing w:after="0"/>
      </w:pPr>
      <w:r>
        <w:rPr>
          <w:b/>
        </w:rPr>
        <w:t>Lettre recommandée avec accusé de réception</w:t>
      </w:r>
    </w:p>
    <w:p>
      <w:r>
        <w:rPr>
          <w:b/>
        </w:rPr>
        <w:t>Objet : candidature à la formation d'aide-soignant — rentrée de septembre 2027</w:t>
      </w:r>
    </w:p>
    <w:p/>
    <w:p>
      <w:r>
        <w:rPr>
          <w:b w:val="0"/>
        </w:rPr>
        <w:t>Madame, Monsieur,</w:t>
      </w:r>
    </w:p>
    <w:p>
      <w:r>
        <w:rPr>
          <w:b w:val="0"/>
        </w:rPr>
        <w:t>Je souhaite intégrer la formation d'aide-soignant dispensée par votre institut à la rentrée de septembre 2027, et je vous adresse mon dossier de candidature.</w:t>
      </w:r>
    </w:p>
    <w:p>
      <w:r>
        <w:rPr>
          <w:b w:val="0"/>
        </w:rPr>
        <w:t xml:space="preserve">Depuis </w:t>
      </w:r>
      <w:r>
        <w:rPr>
          <w:b w:val="0"/>
          <w:color w:val="2446A6"/>
        </w:rPr>
        <w:t>[deux saisons]</w:t>
      </w:r>
      <w:r>
        <w:rPr>
          <w:b w:val="0"/>
        </w:rPr>
        <w:t xml:space="preserve">, j'assure l'entretien des chambres et des parties communes d'un Ehpad de 82 résidents, à </w:t>
      </w:r>
      <w:r>
        <w:rPr>
          <w:b w:val="0"/>
          <w:color w:val="2446A6"/>
        </w:rPr>
        <w:t>[Saint-Herblain]</w:t>
      </w:r>
      <w:r>
        <w:rPr>
          <w:b w:val="0"/>
        </w:rPr>
        <w:t>. Ce travail m'a mise au contact quotidien des résidents, des familles et de l'équipe soignante : je sais ce qu'est une toilette au lit, une aide à la prise des repas, une nuit où un résident appelle plusieurs fois. J'ai aussi suivi les transmissions du matin et compris ce que les aides-soignantes écrivent dans le dossier de soins.</w:t>
      </w:r>
    </w:p>
    <w:p>
      <w:r>
        <w:rPr>
          <w:b w:val="0"/>
        </w:rPr>
        <w:t xml:space="preserve">Ce que j'ai vu m'a décidée. J'ai rencontré </w:t>
      </w:r>
      <w:r>
        <w:rPr>
          <w:b w:val="0"/>
          <w:color w:val="2446A6"/>
        </w:rPr>
        <w:t>[Mme Lefèvre]</w:t>
      </w:r>
      <w:r>
        <w:rPr>
          <w:b w:val="0"/>
        </w:rPr>
        <w:t xml:space="preserve">, cadre de santé, qui m'a décrit le contenu des 1 470 heures de formation et les huit semaines de stage. J'ai entrepris les démarches de vaccination et je dispose d'un financement validé par </w:t>
      </w:r>
      <w:r>
        <w:rPr>
          <w:b w:val="0"/>
          <w:color w:val="2446A6"/>
        </w:rPr>
        <w:t>[Transition Pro]</w:t>
      </w:r>
      <w:r>
        <w:rPr>
          <w:b w:val="0"/>
        </w:rPr>
        <w:t xml:space="preserve"> pour les douze mois à venir.</w:t>
      </w:r>
    </w:p>
    <w:p>
      <w:r>
        <w:rPr>
          <w:b w:val="0"/>
        </w:rPr>
        <w:t>Je mesure ce que le métier exige : porter, se protéger, tenir la distance sur des horaires décalés, travailler en binôme avec l'infirmière. J'ai la rigueur de l'hygiène apprise en établissement, et je souhaite apprendre les gestes techniques sous la responsabilité d'un formateur.</w:t>
      </w:r>
    </w:p>
    <w:p>
      <w:r>
        <w:rPr>
          <w:b w:val="0"/>
        </w:rPr>
        <w:t>Je me tiens à votre disposition pour un entretien et pour tout document complémentaire. Je vous remercie de l'attention portée à ma candidature.</w:t>
      </w:r>
    </w:p>
    <w:p>
      <w:r>
        <w:rPr>
          <w:b w:val="0"/>
        </w:rPr>
        <w:t>Je vous prie d'agréer, Madame, Monsieur, l'expression de ma considération distinguée.</w:t>
      </w:r>
    </w:p>
    <w:p/>
    <w:p>
      <w:pPr>
        <w:jc w:val="right"/>
      </w:pPr>
      <w:r>
        <w:rPr>
          <w:b w:val="0"/>
          <w:color w:val="2446A6"/>
        </w:rPr>
        <w:t>[Prénom Nom]</w:t>
      </w:r>
    </w:p>
    <w:p/>
    <w:p>
      <w:r>
        <w:rPr>
          <w:b w:val="0"/>
        </w:rPr>
        <w:t>Pièce jointe : CV, copie du diplôme, attestation de financement, certificat de vaccination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pour une formation d'aide-soignante</dc:title>
  <dc:subject/>
  <dc:creator/>
  <cp:keywords/>
  <dc:description/>
  <cp:lastModifiedBy/>
  <cp:revision>1</cp:revision>
  <dcterms:created xsi:type="dcterms:W3CDTF">2013-12-23T23:15:00Z</dcterms:created>
  <dcterms:modified xsi:type="dcterms:W3CDTF">2013-12-23T23:15:00Z</dcterms:modified>
  <cp:category/>
</cp:coreProperties>
</file>