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[Camille Moreau]</w:t>
      </w:r>
    </w:p>
    <w:p>
      <w:pPr>
        <w:spacing w:after="0"/>
      </w:pPr>
      <w:r>
        <w:rPr>
          <w:b w:val="0"/>
          <w:color w:val="2446A6"/>
        </w:rPr>
        <w:t>[34 rue du Commerce, 69002 Lyon]</w:t>
      </w:r>
    </w:p>
    <w:p>
      <w:pPr>
        <w:spacing w:after="0"/>
      </w:pPr>
      <w:r>
        <w:rPr>
          <w:b w:val="0"/>
          <w:color w:val="2446A6"/>
        </w:rPr>
        <w:t>[camille.moreau@mail.com]</w:t>
      </w:r>
    </w:p>
    <w:p>
      <w:pPr>
        <w:spacing w:after="0"/>
      </w:pPr>
      <w:r>
        <w:rPr>
          <w:b w:val="0"/>
          <w:color w:val="2446A6"/>
        </w:rPr>
        <w:t>[06 78 90 12 34]</w:t>
      </w:r>
    </w:p>
    <w:p/>
    <w:p>
      <w:pPr>
        <w:spacing w:after="0"/>
        <w:jc w:val="right"/>
      </w:pPr>
      <w:r>
        <w:rPr>
          <w:b w:val="0"/>
        </w:rPr>
        <w:t>Madame la Directrice des Ressources Humaines</w:t>
      </w:r>
    </w:p>
    <w:p>
      <w:pPr>
        <w:spacing w:after="0"/>
        <w:jc w:val="right"/>
      </w:pPr>
      <w:r>
        <w:rPr>
          <w:b w:val="0"/>
        </w:rPr>
        <w:t>Société TechInnov</w:t>
      </w:r>
    </w:p>
    <w:p>
      <w:pPr>
        <w:spacing w:after="0"/>
        <w:jc w:val="right"/>
      </w:pPr>
      <w:r>
        <w:rPr>
          <w:b w:val="0"/>
        </w:rPr>
        <w:t>8 place Bellecour, 69002 Lyon</w:t>
      </w:r>
    </w:p>
    <w:p/>
    <w:p>
      <w:pPr>
        <w:jc w:val="right"/>
      </w:pPr>
      <w:r>
        <w:rPr>
          <w:b w:val="0"/>
        </w:rPr>
        <w:t xml:space="preserve">À </w:t>
      </w:r>
      <w:r>
        <w:rPr>
          <w:b w:val="0"/>
          <w:color w:val="2446A6"/>
        </w:rPr>
        <w:t>[Lyon]</w:t>
      </w:r>
      <w:r>
        <w:rPr>
          <w:b w:val="0"/>
        </w:rPr>
        <w:t xml:space="preserve">, le </w:t>
      </w:r>
      <w:r>
        <w:rPr>
          <w:b w:val="0"/>
          <w:color w:val="2446A6"/>
        </w:rPr>
        <w:t>[24 septembre 2026]</w:t>
      </w:r>
    </w:p>
    <w:p>
      <w:pPr>
        <w:spacing w:after="0"/>
      </w:pPr>
      <w:r>
        <w:rPr>
          <w:b/>
        </w:rPr>
        <w:t>Lettre recommandée avec accusé de réception</w:t>
      </w:r>
    </w:p>
    <w:p>
      <w:r>
        <w:rPr>
          <w:b/>
        </w:rPr>
        <w:t xml:space="preserve">Objet : Candidature au poste de </w:t>
      </w:r>
      <w:r>
        <w:rPr>
          <w:b/>
          <w:color w:val="2446A6"/>
        </w:rPr>
        <w:t>[développeuse web junior]</w:t>
      </w:r>
      <w:r>
        <w:rPr>
          <w:b/>
        </w:rPr>
        <w:t xml:space="preserve"> – Reconversion professionnelle</w:t>
      </w:r>
    </w:p>
    <w:p/>
    <w:p>
      <w:r>
        <w:rPr>
          <w:b w:val="0"/>
        </w:rPr>
        <w:t>Madame, Monsieur,</w:t>
      </w:r>
    </w:p>
    <w:p>
      <w:r>
        <w:rPr>
          <w:b w:val="0"/>
        </w:rPr>
        <w:t xml:space="preserve">Engagée dans un projet de reconversion professionnelle après </w:t>
      </w:r>
      <w:r>
        <w:rPr>
          <w:b w:val="0"/>
          <w:color w:val="2446A6"/>
        </w:rPr>
        <w:t>[cinq années]</w:t>
      </w:r>
      <w:r>
        <w:rPr>
          <w:b w:val="0"/>
        </w:rPr>
        <w:t xml:space="preserve"> en tant que </w:t>
      </w:r>
      <w:r>
        <w:rPr>
          <w:b w:val="0"/>
          <w:color w:val="2446A6"/>
        </w:rPr>
        <w:t>[comptable en cabinet]</w:t>
      </w:r>
      <w:r>
        <w:rPr>
          <w:b w:val="0"/>
        </w:rPr>
        <w:t xml:space="preserve">, je souhaite intégrer votre équipe en qualité de </w:t>
      </w:r>
      <w:r>
        <w:rPr>
          <w:b w:val="0"/>
          <w:color w:val="2446A6"/>
        </w:rPr>
        <w:t>[développeuse web junior]</w:t>
      </w:r>
      <w:r>
        <w:rPr>
          <w:b w:val="0"/>
        </w:rPr>
        <w:t xml:space="preserve">. Votre offre publiée le </w:t>
      </w:r>
      <w:r>
        <w:rPr>
          <w:b w:val="0"/>
          <w:color w:val="2446A6"/>
        </w:rPr>
        <w:t>[15 septembre 2026]</w:t>
      </w:r>
      <w:r>
        <w:rPr>
          <w:b w:val="0"/>
        </w:rPr>
        <w:t xml:space="preserve"> sur le site de l’APEC mentionne une recherche de profils capables d’évoluer vite, ce qui correspond à ma démarche.</w:t>
      </w:r>
    </w:p>
    <w:p>
      <w:r>
        <w:rPr>
          <w:b w:val="0"/>
        </w:rPr>
        <w:t xml:space="preserve">Mon expérience en comptabilité m’a permis de développer une rigueur analytique et une capacité à résoudre des anomalies dans des systèmes complexes – des atouts directs pour le développement informatique. Par exemple, j’ai mené la migration du logiciel comptable de </w:t>
      </w:r>
      <w:r>
        <w:rPr>
          <w:b w:val="0"/>
          <w:color w:val="2446A6"/>
        </w:rPr>
        <w:t>[12 agences]</w:t>
      </w:r>
      <w:r>
        <w:rPr>
          <w:b w:val="0"/>
        </w:rPr>
        <w:t xml:space="preserve"> vers un ERP, réduisant les erreurs de saisie de 40 %. Cette expérience de gestion de projet transverse me prépare à coordonner des sprints techniques.</w:t>
      </w:r>
    </w:p>
    <w:p>
      <w:r>
        <w:rPr>
          <w:b w:val="0"/>
        </w:rPr>
        <w:t xml:space="preserve">Pour concrétiser ma reconversion, j’ai suivi une formation intensive de </w:t>
      </w:r>
      <w:r>
        <w:rPr>
          <w:b w:val="0"/>
          <w:color w:val="2446A6"/>
        </w:rPr>
        <w:t>[6 mois]</w:t>
      </w:r>
      <w:r>
        <w:rPr>
          <w:b w:val="0"/>
        </w:rPr>
        <w:t xml:space="preserve"> en développement web chez </w:t>
      </w:r>
      <w:r>
        <w:rPr>
          <w:b w:val="0"/>
          <w:color w:val="2446A6"/>
        </w:rPr>
        <w:t>[O’clock]</w:t>
      </w:r>
      <w:r>
        <w:rPr>
          <w:b w:val="0"/>
        </w:rPr>
        <w:t>, sanctionnée par un titre RNCP de niveau 5. J’y ai réalisé un site de réservation pour un restaurant et une application de suivi de stocks, consultables sur mon portfolio en ligne. J’ai également effectué une veille quotidienne sur les frameworks React et Node.js, aujourd’hui au cœur de votre stack technique.</w:t>
      </w:r>
    </w:p>
    <w:p>
      <w:r>
        <w:rPr>
          <w:b w:val="0"/>
        </w:rPr>
        <w:t xml:space="preserve">Votre projet d’enrichissement de la plateforme client, évoqué dans Les Échos du </w:t>
      </w:r>
      <w:r>
        <w:rPr>
          <w:b w:val="0"/>
          <w:color w:val="2446A6"/>
        </w:rPr>
        <w:t>[12 septembre 2026]</w:t>
      </w:r>
      <w:r>
        <w:rPr>
          <w:b w:val="0"/>
        </w:rPr>
        <w:t xml:space="preserve">, mobilise précisément les compétences que j’ai acquises. Je me rendrai disponible pour un entretien à partir du </w:t>
      </w:r>
      <w:r>
        <w:rPr>
          <w:b w:val="0"/>
          <w:color w:val="2446A6"/>
        </w:rPr>
        <w:t>[3 octobre 2026]</w:t>
      </w:r>
      <w:r>
        <w:rPr>
          <w:b w:val="0"/>
        </w:rPr>
        <w:t xml:space="preserve"> afin de vous exposer comment je peux y contribuer.</w:t>
      </w:r>
    </w:p>
    <w:p>
      <w:r>
        <w:rPr>
          <w:b w:val="0"/>
        </w:rPr>
        <w:t>Dans l’attente de votre retour, je vous prie d’agréer, Madame, Monsieur, l’expression de ma considération distinguée.</w:t>
      </w:r>
    </w:p>
    <w:p/>
    <w:p>
      <w:pPr>
        <w:jc w:val="right"/>
      </w:pPr>
      <w:r>
        <w:rPr>
          <w:b w:val="0"/>
          <w:color w:val="2446A6"/>
        </w:rPr>
        <w:t>[Camille Moreau]</w:t>
      </w:r>
    </w:p>
    <w:p/>
    <w:p>
      <w:r>
        <w:rPr>
          <w:b w:val="0"/>
        </w:rPr>
        <w:t>Pièce jointe : Curriculum vitae et attestation de certification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reconversion professionnelle</dc:title>
  <dc:subject/>
  <dc:creator/>
  <cp:keywords/>
  <dc:description/>
  <cp:lastModifiedBy/>
  <cp:revision>1</cp:revision>
  <dcterms:created xsi:type="dcterms:W3CDTF">2013-12-23T23:15:00Z</dcterms:created>
  <dcterms:modified xsi:type="dcterms:W3CDTF">2013-12-23T23:15:00Z</dcterms:modified>
  <cp:category/>
</cp:coreProperties>
</file>