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[Téléphone]</w:t>
      </w:r>
    </w:p>
    <w:p>
      <w:pPr>
        <w:spacing w:after="0"/>
      </w:pPr>
      <w:r>
        <w:rPr>
          <w:b w:val="0"/>
          <w:color w:val="2446A6"/>
        </w:rPr>
        <w:t>[Email]</w:t>
      </w:r>
    </w:p>
    <w:p/>
    <w:p>
      <w:pPr>
        <w:spacing w:after="0"/>
        <w:jc w:val="right"/>
      </w:pPr>
      <w:r>
        <w:rPr>
          <w:b w:val="0"/>
          <w:color w:val="2446A6"/>
        </w:rPr>
        <w:t>[Nom de l'entreprise]</w:t>
      </w:r>
    </w:p>
    <w:p>
      <w:pPr>
        <w:spacing w:after="0"/>
        <w:jc w:val="right"/>
      </w:pPr>
      <w:r>
        <w:rPr>
          <w:b w:val="0"/>
          <w:color w:val="2446A6"/>
        </w:rPr>
        <w:t>[Adresse de l'entreprise]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r>
        <w:rPr>
          <w:b/>
        </w:rPr>
        <w:t xml:space="preserve">Objet : Candidature au poste de </w:t>
      </w:r>
      <w:r>
        <w:rPr>
          <w:b/>
          <w:color w:val="2446A6"/>
        </w:rPr>
        <w:t>[employé polyvalent]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Actuellement à la recherche d’un premier emploi, je vous adresse ma candidature pour le poste de </w:t>
      </w:r>
      <w:r>
        <w:rPr>
          <w:b w:val="0"/>
          <w:color w:val="2446A6"/>
        </w:rPr>
        <w:t>[employé polyvalent]</w:t>
      </w:r>
      <w:r>
        <w:rPr>
          <w:b w:val="0"/>
        </w:rPr>
        <w:t xml:space="preserve"> que vous proposez au sein de votre établissement. Votre annonce parue sur </w:t>
      </w:r>
      <w:r>
        <w:rPr>
          <w:b w:val="0"/>
          <w:color w:val="2446A6"/>
        </w:rPr>
        <w:t>[Pôle emploi]</w:t>
      </w:r>
      <w:r>
        <w:rPr>
          <w:b w:val="0"/>
        </w:rPr>
        <w:t xml:space="preserve"> a retenu toute mon attention car elle correspond exactement à ce que je recherche : un poste où l’on me donne ma chance. Sans diplôme ni expérience professionnelle à faire valoir, je souhaite néanmoins vous rencontrer pour vous exposer ma motivation et ma détermination. Je suis disponible </w:t>
      </w:r>
      <w:r>
        <w:rPr>
          <w:b w:val="0"/>
          <w:color w:val="2446A6"/>
        </w:rPr>
        <w:t>[immédiatement, avec une grande souplesse horaire : je peux travailler tôt le matin, en soirée ainsi que les week-ends]</w:t>
      </w:r>
      <w:r>
        <w:rPr>
          <w:b w:val="0"/>
        </w:rPr>
        <w:t>.</w:t>
      </w:r>
    </w:p>
    <w:p>
      <w:r>
        <w:rPr>
          <w:b w:val="0"/>
        </w:rPr>
        <w:t xml:space="preserve">Au cours de mes activités extra-scolaires et de mes jobs d’été informels — </w:t>
      </w:r>
      <w:r>
        <w:rPr>
          <w:b w:val="0"/>
          <w:color w:val="2446A6"/>
        </w:rPr>
        <w:t>[baby-sitting, aide aux devoirs, distribution de flyers]</w:t>
      </w:r>
      <w:r>
        <w:rPr>
          <w:b w:val="0"/>
        </w:rPr>
        <w:t xml:space="preserve"> — j’ai appris à respecter des consignes précises, à gérer plusieurs tâches en parallèle et à rester calme face aux imprévus. Ma capacité à m’adapter rapidement et mon sérieux sont mes principaux atouts. Je sais que le métier d’employé polyvalent exige de la rigueur, de la rapidité et un excellent contact avec la clientèle ; je suis prêt à relever ce défi.</w:t>
      </w:r>
    </w:p>
    <w:p>
      <w:r>
        <w:rPr>
          <w:b w:val="0"/>
        </w:rPr>
        <w:t>Intégrer votre équipe serait pour moi une occasion unique de démontrer ma fiabilité et mon envie d’apprendre. Je me tiens à votre disposition pour un entretien à votre convenance. Je vous remercie de l’attention que vous porterez à ma candidature.</w:t>
      </w:r>
    </w:p>
    <w:p>
      <w:r>
        <w:rPr>
          <w:b w:val="0"/>
        </w:rPr>
        <w:t>Je vous prie d’agréer, Madame, Monsieur, l’expression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Curriculum vitae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 sans expérience ni diplôme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