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[Téléphone]</w:t>
      </w:r>
    </w:p>
    <w:p>
      <w:pPr>
        <w:spacing w:after="0"/>
      </w:pPr>
      <w:r>
        <w:rPr>
          <w:b w:val="0"/>
          <w:color w:val="2446A6"/>
        </w:rPr>
        <w:t>[Email]</w:t>
      </w:r>
    </w:p>
    <w:p/>
    <w:p>
      <w:pPr>
        <w:spacing w:after="0"/>
        <w:jc w:val="right"/>
      </w:pPr>
      <w:r>
        <w:rPr>
          <w:b w:val="0"/>
        </w:rPr>
        <w:t>Service Recrutement</w:t>
      </w:r>
    </w:p>
    <w:p>
      <w:pPr>
        <w:spacing w:after="0"/>
        <w:jc w:val="right"/>
      </w:pPr>
      <w:r>
        <w:rPr>
          <w:b w:val="0"/>
        </w:rPr>
        <w:t>Librairie des Études</w:t>
      </w:r>
    </w:p>
    <w:p>
      <w:pPr>
        <w:spacing w:after="0"/>
        <w:jc w:val="right"/>
      </w:pPr>
      <w:r>
        <w:rPr>
          <w:b w:val="0"/>
        </w:rPr>
        <w:t>24 rue des Écoles, 75005 Paris</w:t>
      </w:r>
    </w:p>
    <w:p/>
    <w:p>
      <w:pPr>
        <w:jc w:val="right"/>
      </w:pPr>
      <w:r>
        <w:rPr>
          <w:b w:val="0"/>
        </w:rPr>
        <w:t xml:space="preserve">À </w:t>
      </w:r>
      <w:r>
        <w:rPr>
          <w:b w:val="0"/>
          <w:color w:val="2446A6"/>
        </w:rPr>
        <w:t>[ville]</w:t>
      </w:r>
      <w:r>
        <w:rPr>
          <w:b w:val="0"/>
        </w:rPr>
        <w:t xml:space="preserve">, le </w:t>
      </w:r>
      <w:r>
        <w:rPr>
          <w:b w:val="0"/>
          <w:color w:val="2446A6"/>
        </w:rPr>
        <w:t>[date]</w:t>
      </w:r>
    </w:p>
    <w:p>
      <w:r>
        <w:rPr>
          <w:b/>
        </w:rPr>
        <w:t xml:space="preserve">Objet : Candidature au poste de </w:t>
      </w:r>
      <w:r>
        <w:rPr>
          <w:b/>
          <w:color w:val="2446A6"/>
        </w:rPr>
        <w:t>[vendeur en librairie]</w:t>
      </w:r>
      <w:r>
        <w:rPr>
          <w:b/>
        </w:rPr>
        <w:t xml:space="preserve"> – sans expérience</w:t>
      </w:r>
    </w:p>
    <w:p/>
    <w:p>
      <w:r>
        <w:rPr>
          <w:b w:val="0"/>
        </w:rPr>
        <w:t>Madame, Monsieur,</w:t>
      </w:r>
    </w:p>
    <w:p>
      <w:r>
        <w:rPr>
          <w:b w:val="0"/>
        </w:rPr>
        <w:t xml:space="preserve">Titulaire d’un </w:t>
      </w:r>
      <w:r>
        <w:rPr>
          <w:b w:val="0"/>
          <w:color w:val="2446A6"/>
        </w:rPr>
        <w:t>[Baccalauréat littéraire]</w:t>
      </w:r>
      <w:r>
        <w:rPr>
          <w:b w:val="0"/>
        </w:rPr>
        <w:t xml:space="preserve"> et passionné de littérature jeunesse, je vous adresse ma candidature pour le poste de </w:t>
      </w:r>
      <w:r>
        <w:rPr>
          <w:b w:val="0"/>
          <w:color w:val="2446A6"/>
        </w:rPr>
        <w:t>[vendeur en librairie]</w:t>
      </w:r>
      <w:r>
        <w:rPr>
          <w:b w:val="0"/>
        </w:rPr>
        <w:t xml:space="preserve"> au sein de la Librairie des Études. Mon parcours ne comporte pas encore d’expérience salariée, mais j’ai conçu et animé un troc de livres au lycée qui m’a permis d’acquérir les premiers réflexes du métier.</w:t>
      </w:r>
    </w:p>
    <w:p>
      <w:r>
        <w:rPr>
          <w:b w:val="0"/>
        </w:rPr>
        <w:t xml:space="preserve">Pendant trois mois, j’ai sélectionné 200 ouvrages, organisé leur mise en rayon par genre et tenu une caisse lors de la journée d’échange. Ce projet m’a appris à conseiller des lecteurs, à gérer un fonds de caisse de </w:t>
      </w:r>
      <w:r>
        <w:rPr>
          <w:b w:val="0"/>
          <w:color w:val="2446A6"/>
        </w:rPr>
        <w:t>[150 euros]</w:t>
      </w:r>
      <w:r>
        <w:rPr>
          <w:b w:val="0"/>
        </w:rPr>
        <w:t xml:space="preserve"> et à réassortir les titres les plus demandés. J’y ai développé une écoute active et une rigueur que je souhaite mettre au service de votre enseigne.</w:t>
      </w:r>
    </w:p>
    <w:p>
      <w:r>
        <w:rPr>
          <w:b w:val="0"/>
        </w:rPr>
        <w:t>Je connais votre librairie pour y avoir acheté mes manuels scolaires et j’apprécie la qualité de votre sélection en sciences humaines. Je suis disponible immédiatement et serais heureux de vous rencontrer pour vous détailler ma motivation.</w:t>
      </w:r>
    </w:p>
    <w:p>
      <w:r>
        <w:rPr>
          <w:b w:val="0"/>
        </w:rPr>
        <w:t>Je vous prie d’agréer, Madame, Monsieur, l’expression de mes salutations distinguées.</w:t>
      </w:r>
    </w:p>
    <w:p/>
    <w:p>
      <w:pPr>
        <w:jc w:val="right"/>
      </w:pPr>
      <w:r>
        <w:rPr>
          <w:b w:val="0"/>
          <w:color w:val="2446A6"/>
        </w:rPr>
        <w:t>[Prénom Nom]</w:t>
      </w:r>
    </w:p>
    <w:p/>
    <w:p>
      <w:r>
        <w:rPr>
          <w:b w:val="0"/>
        </w:rPr>
        <w:t>Pièce jointe : Curriculum vitae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motivation sans expérience</dc:title>
  <dc:subject/>
  <dc:creator/>
  <cp:keywords/>
  <dc:description/>
  <cp:lastModifiedBy/>
  <cp:revision>1</cp:revision>
  <dcterms:created xsi:type="dcterms:W3CDTF">2013-12-23T23:15:00Z</dcterms:created>
  <dcterms:modified xsi:type="dcterms:W3CDTF">2013-12-23T23:15:00Z</dcterms:modified>
  <cp:category/>
</cp:coreProperties>
</file>