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 xml:space="preserve">À l'attention de </w:t>
      </w:r>
      <w:r>
        <w:rPr>
          <w:b w:val="0"/>
          <w:color w:val="2446A6"/>
        </w:rPr>
        <w:t>[Responsable recrutement]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poste de </w:t>
      </w:r>
      <w:r>
        <w:rPr>
          <w:b/>
          <w:color w:val="2446A6"/>
        </w:rPr>
        <w:t>[Intitulé du poste]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Actuellement à la recherche d’un nouveau défi, je vous adresse ma candidature pour le poste de </w:t>
      </w:r>
      <w:r>
        <w:rPr>
          <w:b w:val="0"/>
          <w:color w:val="2446A6"/>
        </w:rPr>
        <w:t>[Intitulé du poste]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[Nom de l’entreprise]</w:t>
      </w:r>
      <w:r>
        <w:rPr>
          <w:b w:val="0"/>
        </w:rPr>
        <w:t>.</w:t>
      </w:r>
    </w:p>
    <w:p>
      <w:r>
        <w:rPr>
          <w:b w:val="0"/>
        </w:rPr>
        <w:t xml:space="preserve">Fort d’une expérience de </w:t>
      </w:r>
      <w:r>
        <w:rPr>
          <w:b w:val="0"/>
          <w:color w:val="2446A6"/>
        </w:rPr>
        <w:t>[X années]</w:t>
      </w:r>
      <w:r>
        <w:rPr>
          <w:b w:val="0"/>
        </w:rPr>
        <w:t xml:space="preserve"> en </w:t>
      </w:r>
      <w:r>
        <w:rPr>
          <w:b w:val="0"/>
          <w:color w:val="2446A6"/>
        </w:rPr>
        <w:t>[domaine]</w:t>
      </w:r>
      <w:r>
        <w:rPr>
          <w:b w:val="0"/>
        </w:rPr>
        <w:t xml:space="preserve">, j’ai développé une </w:t>
      </w:r>
      <w:r>
        <w:rPr>
          <w:b w:val="0"/>
          <w:color w:val="2446A6"/>
        </w:rPr>
        <w:t>[compétence clé]</w:t>
      </w:r>
      <w:r>
        <w:rPr>
          <w:b w:val="0"/>
        </w:rPr>
        <w:t xml:space="preserve"> et le sens de </w:t>
      </w:r>
      <w:r>
        <w:rPr>
          <w:b w:val="0"/>
          <w:color w:val="2446A6"/>
        </w:rPr>
        <w:t>[qualité]</w:t>
      </w:r>
      <w:r>
        <w:rPr>
          <w:b w:val="0"/>
        </w:rPr>
        <w:t xml:space="preserve">. Mon parcours m’a permis de </w:t>
      </w:r>
      <w:r>
        <w:rPr>
          <w:b w:val="0"/>
          <w:color w:val="2446A6"/>
        </w:rPr>
        <w:t>[réalisation concrète, par exemple gérer une équipe de 5 personnes]</w:t>
      </w:r>
      <w:r>
        <w:rPr>
          <w:b w:val="0"/>
        </w:rPr>
        <w:t>.</w:t>
      </w:r>
    </w:p>
    <w:p>
      <w:r>
        <w:rPr>
          <w:b w:val="0"/>
        </w:rPr>
        <w:t xml:space="preserve">Votre entreprise, reconnue pour </w:t>
      </w:r>
      <w:r>
        <w:rPr>
          <w:b w:val="0"/>
          <w:color w:val="2446A6"/>
        </w:rPr>
        <w:t>[valeur ou projet]</w:t>
      </w:r>
      <w:r>
        <w:rPr>
          <w:b w:val="0"/>
        </w:rPr>
        <w:t>, correspond à mes aspirations professionnelles. Rigoureux et organisé, je suis disponible immédiatement et serais ravi de mettre mes compétences à profit pour contribuer à vos projets.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simple, courte et passe-partout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