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Madame Claire Fontaine</w:t>
      </w:r>
    </w:p>
    <w:p>
      <w:pPr>
        <w:spacing w:after="0"/>
        <w:jc w:val="right"/>
      </w:pPr>
      <w:r>
        <w:rPr>
          <w:b w:val="0"/>
        </w:rPr>
        <w:t>Responsable des ressources humaines</w:t>
      </w:r>
    </w:p>
    <w:p>
      <w:pPr>
        <w:spacing w:after="0"/>
        <w:jc w:val="right"/>
      </w:pPr>
      <w:r>
        <w:rPr>
          <w:b w:val="0"/>
        </w:rPr>
        <w:t>Groupe Verdier</w:t>
      </w:r>
    </w:p>
    <w:p>
      <w:pPr>
        <w:spacing w:after="0"/>
        <w:jc w:val="right"/>
      </w:pPr>
      <w:r>
        <w:rPr>
          <w:b w:val="0"/>
        </w:rPr>
        <w:t>45 avenue Jean-Jaurès, 69007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à un stage de </w:t>
      </w:r>
      <w:r>
        <w:rPr>
          <w:b/>
          <w:color w:val="2446A6"/>
        </w:rPr>
        <w:t>[6]</w:t>
      </w:r>
      <w:r>
        <w:rPr>
          <w:b/>
        </w:rPr>
        <w:t xml:space="preserve"> semaines — BTS </w:t>
      </w:r>
      <w:r>
        <w:rPr>
          <w:b/>
          <w:color w:val="2446A6"/>
        </w:rPr>
        <w:t>[Management commercial opérationnel]</w:t>
      </w:r>
      <w:r>
        <w:rPr>
          <w:b/>
        </w:rPr>
        <w:t xml:space="preserve">, </w:t>
      </w:r>
      <w:r>
        <w:rPr>
          <w:b/>
          <w:color w:val="2446A6"/>
        </w:rPr>
        <w:t>[1re]</w:t>
      </w:r>
      <w:r>
        <w:rPr>
          <w:b/>
        </w:rPr>
        <w:t xml:space="preserve"> année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Étudiant en </w:t>
      </w:r>
      <w:r>
        <w:rPr>
          <w:b w:val="0"/>
          <w:color w:val="2446A6"/>
        </w:rPr>
        <w:t>[première année de BTS Management commercial opérationnel]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[Jean-Moulin de Lyon]</w:t>
      </w:r>
      <w:r>
        <w:rPr>
          <w:b w:val="0"/>
        </w:rPr>
        <w:t xml:space="preserve">, je dois effectuer un stage en entreprise de </w:t>
      </w:r>
      <w:r>
        <w:rPr>
          <w:b w:val="0"/>
          <w:color w:val="2446A6"/>
        </w:rPr>
        <w:t>[six]</w:t>
      </w:r>
      <w:r>
        <w:rPr>
          <w:b w:val="0"/>
        </w:rPr>
        <w:t xml:space="preserve"> semaines consécutives, du </w:t>
      </w:r>
      <w:r>
        <w:rPr>
          <w:b w:val="0"/>
          <w:color w:val="2446A6"/>
        </w:rPr>
        <w:t>[4 janvier au 14 février 2027]</w:t>
      </w:r>
      <w:r>
        <w:rPr>
          <w:b w:val="0"/>
        </w:rPr>
        <w:t>, conformément au référentiel de ma formation.</w:t>
      </w:r>
    </w:p>
    <w:p>
      <w:r>
        <w:rPr>
          <w:b w:val="0"/>
        </w:rPr>
        <w:t xml:space="preserve">Votre enseigne de </w:t>
      </w:r>
      <w:r>
        <w:rPr>
          <w:b w:val="0"/>
          <w:color w:val="2446A6"/>
        </w:rPr>
        <w:t>[quatre]</w:t>
      </w:r>
      <w:r>
        <w:rPr>
          <w:b w:val="0"/>
        </w:rPr>
        <w:t xml:space="preserve"> magasins dans la métropole lyonnaise retient mon attention : la gestion du rayon </w:t>
      </w:r>
      <w:r>
        <w:rPr>
          <w:b w:val="0"/>
          <w:color w:val="2446A6"/>
        </w:rPr>
        <w:t>[bricolage]</w:t>
      </w:r>
      <w:r>
        <w:rPr>
          <w:b w:val="0"/>
        </w:rPr>
        <w:t xml:space="preserve"> et l'animation des ventes en période de </w:t>
      </w:r>
      <w:r>
        <w:rPr>
          <w:b w:val="0"/>
          <w:color w:val="2446A6"/>
        </w:rPr>
        <w:t>[soldes d'hiver]</w:t>
      </w:r>
      <w:r>
        <w:rPr>
          <w:b w:val="0"/>
        </w:rPr>
        <w:t xml:space="preserve"> correspondent exactement aux compétences que je dois valider : accueil client, mise en rayon, tenue de caisse et suivi des stocks.</w:t>
      </w:r>
    </w:p>
    <w:p>
      <w:r>
        <w:rPr>
          <w:b w:val="0"/>
        </w:rPr>
        <w:t xml:space="preserve">Lors de mon </w:t>
      </w:r>
      <w:r>
        <w:rPr>
          <w:b w:val="0"/>
          <w:color w:val="2446A6"/>
        </w:rPr>
        <w:t>[projet de groupe de première année]</w:t>
      </w:r>
      <w:r>
        <w:rPr>
          <w:b w:val="0"/>
        </w:rPr>
        <w:t xml:space="preserve">, j'ai </w:t>
      </w:r>
      <w:r>
        <w:rPr>
          <w:b w:val="0"/>
          <w:color w:val="2446A6"/>
        </w:rPr>
        <w:t>[analysé le parcours d'achat de trente clients d'un magasin de sport et présenté un plan d'implantation de tête de gondole]</w:t>
      </w:r>
      <w:r>
        <w:rPr>
          <w:b w:val="0"/>
        </w:rPr>
        <w:t xml:space="preserve">. Je maîtrise </w:t>
      </w:r>
      <w:r>
        <w:rPr>
          <w:b w:val="0"/>
          <w:color w:val="2446A6"/>
        </w:rPr>
        <w:t>[Excel et l'outil de caisse]</w:t>
      </w:r>
      <w:r>
        <w:rPr>
          <w:b w:val="0"/>
        </w:rPr>
        <w:t xml:space="preserve"> et je suis disponible </w:t>
      </w:r>
      <w:r>
        <w:rPr>
          <w:b w:val="0"/>
          <w:color w:val="2446A6"/>
        </w:rPr>
        <w:t>[les samedis et pendant les vacances scolaires]</w:t>
      </w:r>
      <w:r>
        <w:rPr>
          <w:b w:val="0"/>
        </w:rPr>
        <w:t xml:space="preserve"> si un renfort est nécessaire avant le début du stage.</w:t>
      </w:r>
    </w:p>
    <w:p>
      <w:r>
        <w:rPr>
          <w:b w:val="0"/>
        </w:rPr>
        <w:t>Je me tiens à votre disposition pour un entretien, sur place ou en visioconférence, et je peux vous transmettre la convention de stage vierge remise par mon établissement dès que vous le souhaitez.</w:t>
      </w:r>
    </w:p>
    <w:p>
      <w:r>
        <w:rPr>
          <w:b w:val="0"/>
        </w:rPr>
        <w:t>Je vous prie d'agréer, Madame,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vitae, convention de stage vierge, relevé de notes du premier semestre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stage BTS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