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</w:rPr>
        <w:t>Clara Martin</w:t>
      </w:r>
    </w:p>
    <w:p>
      <w:pPr>
        <w:spacing w:after="0"/>
      </w:pPr>
      <w:r>
        <w:rPr>
          <w:b w:val="0"/>
        </w:rPr>
        <w:t>24 rue des Écoles</w:t>
      </w:r>
    </w:p>
    <w:p>
      <w:pPr>
        <w:spacing w:after="0"/>
      </w:pPr>
      <w:r>
        <w:rPr>
          <w:b w:val="0"/>
        </w:rPr>
        <w:t>75005 Paris</w:t>
      </w:r>
    </w:p>
    <w:p>
      <w:pPr>
        <w:spacing w:after="0"/>
      </w:pPr>
      <w:r>
        <w:rPr>
          <w:b w:val="0"/>
        </w:rPr>
        <w:t>clara.martin@email.fr</w:t>
      </w:r>
    </w:p>
    <w:p>
      <w:pPr>
        <w:spacing w:after="0"/>
      </w:pPr>
      <w:r>
        <w:rPr>
          <w:b w:val="0"/>
        </w:rPr>
        <w:t>06 12 34 56 78</w:t>
      </w:r>
    </w:p>
    <w:p/>
    <w:p>
      <w:pPr>
        <w:spacing w:after="0"/>
        <w:jc w:val="right"/>
      </w:pPr>
      <w:r>
        <w:rPr>
          <w:b w:val="0"/>
        </w:rPr>
        <w:t>Docteur Vincent Lefèvre</w:t>
      </w:r>
    </w:p>
    <w:p>
      <w:pPr>
        <w:spacing w:after="0"/>
        <w:jc w:val="right"/>
      </w:pPr>
      <w:r>
        <w:rPr>
          <w:b w:val="0"/>
        </w:rPr>
        <w:t>Clinique Vétérinaire du Parc</w:t>
      </w:r>
    </w:p>
    <w:p>
      <w:pPr>
        <w:spacing w:after="0"/>
        <w:jc w:val="right"/>
      </w:pPr>
      <w:r>
        <w:rPr>
          <w:b w:val="0"/>
        </w:rPr>
        <w:t>12 avenue de l’Europe</w:t>
      </w:r>
    </w:p>
    <w:p>
      <w:pPr>
        <w:spacing w:after="0"/>
        <w:jc w:val="right"/>
      </w:pPr>
      <w:r>
        <w:rPr>
          <w:b w:val="0"/>
        </w:rPr>
        <w:t>78000 Versailles</w:t>
      </w:r>
    </w:p>
    <w:p/>
    <w:p>
      <w:pPr>
        <w:jc w:val="right"/>
      </w:pPr>
      <w:r>
        <w:rPr>
          <w:b w:val="0"/>
        </w:rPr>
        <w:t>À Paris, le 15 octobre 2026</w:t>
      </w:r>
    </w:p>
    <w:p>
      <w:r>
        <w:rPr>
          <w:b/>
        </w:rPr>
        <w:t>Objet : Candidature pour un stage d’observation de 3ème</w:t>
      </w:r>
    </w:p>
    <w:p/>
    <w:p>
      <w:r>
        <w:rPr>
          <w:b w:val="0"/>
        </w:rPr>
        <w:t>Docteur,</w:t>
      </w:r>
    </w:p>
    <w:p>
      <w:r>
        <w:rPr>
          <w:b w:val="0"/>
        </w:rPr>
        <w:t xml:space="preserve">Actuellement élève de troisième au collège </w:t>
      </w:r>
      <w:r>
        <w:rPr>
          <w:b w:val="0"/>
          <w:color w:val="2446A6"/>
        </w:rPr>
        <w:t>[Jean-Jaurès]</w:t>
      </w:r>
      <w:r>
        <w:rPr>
          <w:b w:val="0"/>
        </w:rPr>
        <w:t xml:space="preserve"> à Paris, je souhaite effectuer mon stage d’observation du </w:t>
      </w:r>
      <w:r>
        <w:rPr>
          <w:b w:val="0"/>
          <w:color w:val="2446A6"/>
        </w:rPr>
        <w:t>[lundi 12]</w:t>
      </w:r>
      <w:r>
        <w:rPr>
          <w:b w:val="0"/>
        </w:rPr>
        <w:t xml:space="preserve"> au </w:t>
      </w:r>
      <w:r>
        <w:rPr>
          <w:b w:val="0"/>
          <w:color w:val="2446A6"/>
        </w:rPr>
        <w:t>[vendredi 16 février 2027]</w:t>
      </w:r>
      <w:r>
        <w:rPr>
          <w:b w:val="0"/>
        </w:rPr>
        <w:t xml:space="preserve"> dans votre clinique. Pendant ces cinq jours, je m’engage à respecter les horaires d’ouverture, la confidentialité des consultations et les consignes d’hygiène que vous me donnerez.</w:t>
      </w:r>
    </w:p>
    <w:p>
      <w:r>
        <w:rPr>
          <w:b w:val="0"/>
        </w:rPr>
        <w:t xml:space="preserve">Lors d’une visite pour ma chienne, </w:t>
      </w:r>
      <w:r>
        <w:rPr>
          <w:b w:val="0"/>
          <w:color w:val="2446A6"/>
        </w:rPr>
        <w:t>[Uby]</w:t>
      </w:r>
      <w:r>
        <w:rPr>
          <w:b w:val="0"/>
        </w:rPr>
        <w:t>, traitée pour une otite à Malassezia, j’ai observé que vous preniez le temps d’expliquer le traitement à mes parents tout en apaisant l’animal, qui gémissait sur la table. Ce moment m’a fait comprendre que vétérinaire, ce n’est pas seulement soigner : c’est traduire l’inconfort d’un animal et rassurer son propriétaire. J’aimerais voir, pendant mon stage, comment vous préparez les vaccins MLV et nettopez les instruments entre deux consultations.</w:t>
      </w:r>
    </w:p>
    <w:p>
      <w:r>
        <w:rPr>
          <w:b w:val="0"/>
        </w:rPr>
        <w:t>Patiente et habituée à tenir un carnet de suivi pour les soins de mes animaux, je sais noter rapidement les informations données à l’oral et respecter une zone de travail propre. Je peux également vous aider à préparer les cages d’observation, sous votre supervision, sans jamais manipuler un animal sans votre accord.</w:t>
      </w:r>
    </w:p>
    <w:p>
      <w:r>
        <w:rPr>
          <w:b w:val="0"/>
        </w:rPr>
        <w:t>Je suis disponible pour un échange téléphonique à votre convenance et je vous remercie de l’attention portée à ma candidature.</w:t>
      </w:r>
    </w:p>
    <w:p>
      <w:r>
        <w:rPr>
          <w:b w:val="0"/>
        </w:rPr>
        <w:t>Je vous prie d’agréer, Docteur,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[Clara Martin]</w:t>
      </w:r>
    </w:p>
    <w:p/>
    <w:p>
      <w:r>
        <w:rPr>
          <w:b w:val="0"/>
        </w:rPr>
        <w:t>Pièce jointe : convention de stage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pour un stage de 3ème chez un vétérinaire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