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 xml:space="preserve">À l'attention de </w:t>
      </w:r>
      <w:r>
        <w:rPr>
          <w:b w:val="0"/>
          <w:color w:val="2446A6"/>
        </w:rPr>
        <w:t>[M. / Mme Nom]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pour un stage d'observation de 3ème du </w:t>
      </w:r>
      <w:r>
        <w:rPr>
          <w:b/>
          <w:color w:val="2446A6"/>
        </w:rPr>
        <w:t>[date début]</w:t>
      </w:r>
      <w:r>
        <w:rPr>
          <w:b/>
        </w:rPr>
        <w:t xml:space="preserve"> au </w:t>
      </w:r>
      <w:r>
        <w:rPr>
          <w:b/>
          <w:color w:val="2446A6"/>
        </w:rPr>
        <w:t>[date fin]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élève de 3ème au collège </w:t>
      </w:r>
      <w:r>
        <w:rPr>
          <w:b w:val="0"/>
          <w:color w:val="2446A6"/>
        </w:rPr>
        <w:t>[nom du collège]</w:t>
      </w:r>
      <w:r>
        <w:rPr>
          <w:b w:val="0"/>
        </w:rPr>
        <w:t xml:space="preserve">, je dois effectuer un stage d'observation en entreprise du </w:t>
      </w:r>
      <w:r>
        <w:rPr>
          <w:b w:val="0"/>
          <w:color w:val="2446A6"/>
        </w:rPr>
        <w:t>[date début]</w:t>
      </w:r>
      <w:r>
        <w:rPr>
          <w:b w:val="0"/>
        </w:rPr>
        <w:t xml:space="preserve"> au </w:t>
      </w:r>
      <w:r>
        <w:rPr>
          <w:b w:val="0"/>
          <w:color w:val="2446A6"/>
        </w:rPr>
        <w:t>[date fin]</w:t>
      </w:r>
      <w:r>
        <w:rPr>
          <w:b w:val="0"/>
        </w:rPr>
        <w:t xml:space="preserve">. C'est avec un vif intérêt que je vous adresse ma candidature pour découvrir le métier de </w:t>
      </w:r>
      <w:r>
        <w:rPr>
          <w:b w:val="0"/>
          <w:color w:val="2446A6"/>
        </w:rPr>
        <w:t>[intitulé du métier]</w:t>
      </w:r>
      <w:r>
        <w:rPr>
          <w:b w:val="0"/>
        </w:rPr>
        <w:t xml:space="preserve"> au sein de votre </w:t>
      </w:r>
      <w:r>
        <w:rPr>
          <w:b w:val="0"/>
          <w:color w:val="2446A6"/>
        </w:rPr>
        <w:t>[entreprise / commerce / service]</w:t>
      </w:r>
      <w:r>
        <w:rPr>
          <w:b w:val="0"/>
        </w:rPr>
        <w:t>.</w:t>
      </w:r>
    </w:p>
    <w:p>
      <w:r>
        <w:rPr>
          <w:b w:val="0"/>
        </w:rPr>
        <w:t xml:space="preserve">Votre activité dans </w:t>
      </w:r>
      <w:r>
        <w:rPr>
          <w:b w:val="0"/>
          <w:color w:val="2446A6"/>
        </w:rPr>
        <w:t>[secteur précis]</w:t>
      </w:r>
      <w:r>
        <w:rPr>
          <w:b w:val="0"/>
        </w:rPr>
        <w:t xml:space="preserve"> a retenu mon attention parce que </w:t>
      </w:r>
      <w:r>
        <w:rPr>
          <w:b w:val="0"/>
          <w:color w:val="2446A6"/>
        </w:rPr>
        <w:t>[raison concrète : vous travaillez avec des matériaux que j'aime manipuler / vous accompagnez des clients au quotidien / vous concevez des objets techniques]</w:t>
      </w:r>
      <w:r>
        <w:rPr>
          <w:b w:val="0"/>
        </w:rPr>
        <w:t>. Observer concrètement les gestes, l'organisation et les échanges avec les clients ou les collègues me permettra de confirmer mon envie d'explorer cette voie.</w:t>
      </w:r>
    </w:p>
    <w:p>
      <w:r>
        <w:rPr>
          <w:b w:val="0"/>
        </w:rPr>
        <w:t xml:space="preserve">Ponctuel, curieux et respectueux des consignes, je saurai me rendre utile pendant cette semaine. Je peux aider à </w:t>
      </w:r>
      <w:r>
        <w:rPr>
          <w:b w:val="0"/>
          <w:color w:val="2446A6"/>
        </w:rPr>
        <w:t>[tâche simple : ranger le matériel, classer des documents, préparer des commandes]</w:t>
      </w:r>
      <w:r>
        <w:rPr>
          <w:b w:val="0"/>
        </w:rPr>
        <w:t xml:space="preserve"> et je souhaite prendre des notes chaque soir pour rédiger mon rapport de stage avec précision.</w:t>
      </w:r>
    </w:p>
    <w:p>
      <w:r>
        <w:rPr>
          <w:b w:val="0"/>
        </w:rPr>
        <w:t>Je me tiens à votre disposition pour un échange téléphonique ou une rencontre avant le début du stage. Dans l'attente de votre retour, je vous remercie de l'attention portée à ma candidature.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Convention de stage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 stage de 3ème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