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du Collège]</w:t>
      </w:r>
    </w:p>
    <w:p>
      <w:pPr>
        <w:spacing w:after="0"/>
      </w:pPr>
      <w:r>
        <w:rPr>
          <w:b w:val="0"/>
          <w:color w:val="2446A6"/>
        </w:rPr>
        <w:t>[75015 Paris]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>
      <w:pPr>
        <w:spacing w:after="0"/>
      </w:pPr>
      <w:r>
        <w:rPr>
          <w:b w:val="0"/>
          <w:color w:val="2446A6"/>
        </w:rPr>
        <w:t>[prenom.nom@email.fr]</w:t>
      </w:r>
    </w:p>
    <w:p/>
    <w:p>
      <w:pPr>
        <w:spacing w:after="0"/>
        <w:jc w:val="right"/>
      </w:pPr>
      <w:r>
        <w:rPr>
          <w:b w:val="0"/>
        </w:rPr>
        <w:t>Service des ressources humaines</w:t>
      </w:r>
    </w:p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  <w:color w:val="2446A6"/>
        </w:rPr>
        <w:t>[45 avenue des Champs-Élysées]</w:t>
      </w:r>
    </w:p>
    <w:p>
      <w:pPr>
        <w:spacing w:after="0"/>
        <w:jc w:val="right"/>
      </w:pPr>
      <w:r>
        <w:rPr>
          <w:b w:val="0"/>
          <w:color w:val="2446A6"/>
        </w:rPr>
        <w:t>[75008 Paris]</w:t>
      </w:r>
    </w:p>
    <w:p/>
    <w:p>
      <w:pPr>
        <w:jc w:val="right"/>
      </w:pPr>
      <w:r>
        <w:rPr>
          <w:b w:val="0"/>
        </w:rPr>
        <w:t xml:space="preserve">À Paris, le </w:t>
      </w:r>
      <w:r>
        <w:rPr>
          <w:b w:val="0"/>
          <w:color w:val="2446A6"/>
        </w:rPr>
        <w:t>[24 mars 2025]</w:t>
      </w:r>
    </w:p>
    <w:p>
      <w:r>
        <w:rPr>
          <w:b/>
        </w:rPr>
        <w:t>Objet : Candidature pour un stage d'observation de seconde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Élève en classe de seconde générale au lycée </w:t>
      </w:r>
      <w:r>
        <w:rPr>
          <w:b w:val="0"/>
          <w:color w:val="2446A6"/>
        </w:rPr>
        <w:t>[Victor-Hugo]</w:t>
      </w:r>
      <w:r>
        <w:rPr>
          <w:b w:val="0"/>
        </w:rPr>
        <w:t xml:space="preserve"> à Paris, je dois effectuer un stage d'observation en entreprise du 16 au 27 juin 2025. Je souhaite vivement accomplir cette période au sein de </w:t>
      </w:r>
      <w:r>
        <w:rPr>
          <w:b w:val="0"/>
          <w:color w:val="2446A6"/>
        </w:rPr>
        <w:t>[Nom de l'entreprise]</w:t>
      </w:r>
      <w:r>
        <w:rPr>
          <w:b w:val="0"/>
        </w:rPr>
        <w:t xml:space="preserve">, dont je suis l'activité depuis que j'ai découvert </w:t>
      </w:r>
      <w:r>
        <w:rPr>
          <w:b w:val="0"/>
          <w:color w:val="2446A6"/>
        </w:rPr>
        <w:t>[votre dernier projet en architecture d'intérieur / votre gamme de pièces détachées automobiles / votre travail sur les audiences correctionnelles]</w:t>
      </w:r>
      <w:r>
        <w:rPr>
          <w:b w:val="0"/>
        </w:rPr>
        <w:t>.</w:t>
      </w:r>
    </w:p>
    <w:p>
      <w:r>
        <w:rPr>
          <w:b w:val="0"/>
        </w:rPr>
        <w:t xml:space="preserve">Votre entreprise m'intéresse parce que vous intervenez sur </w:t>
      </w:r>
      <w:r>
        <w:rPr>
          <w:b w:val="0"/>
          <w:color w:val="2446A6"/>
        </w:rPr>
        <w:t>[des chantiers de rénovation en milieu occupé / des moteurs diesel de véhicules utilitaires / des dossiers de droit de la famille avec des situations internationales]</w:t>
      </w:r>
      <w:r>
        <w:rPr>
          <w:b w:val="0"/>
        </w:rPr>
        <w:t xml:space="preserve">. J'ai pu me renseigner sur cette spécificité en consultant </w:t>
      </w:r>
      <w:r>
        <w:rPr>
          <w:b w:val="0"/>
          <w:color w:val="2446A6"/>
        </w:rPr>
        <w:t>[votre site internet / le reportage paru dans Le Parisien en janvier dernier / votre plaquette institutionnelle]</w:t>
      </w:r>
      <w:r>
        <w:rPr>
          <w:b w:val="0"/>
        </w:rPr>
        <w:t>, et j'aimerais comprendre comment elle se traduit au quotidien.</w:t>
      </w:r>
    </w:p>
    <w:p>
      <w:r>
        <w:rPr>
          <w:b w:val="0"/>
        </w:rPr>
        <w:t xml:space="preserve">Au lycée, je suis les enseignements communs de seconde et j'ai choisi l'option </w:t>
      </w:r>
      <w:r>
        <w:rPr>
          <w:b w:val="0"/>
          <w:color w:val="2446A6"/>
        </w:rPr>
        <w:t>[sciences de l'ingénieur / droit et grands enjeux du monde contemporain / arts plastiques]</w:t>
      </w:r>
      <w:r>
        <w:rPr>
          <w:b w:val="0"/>
        </w:rPr>
        <w:t xml:space="preserve">. Cette option m'a permis de </w:t>
      </w:r>
      <w:r>
        <w:rPr>
          <w:b w:val="0"/>
          <w:color w:val="2446A6"/>
        </w:rPr>
        <w:t>[travailler sur un projet de modélisation 3D / suivre une audience au tribunal judiciaire de Paris / réaliser une série de croquis d'observation en extérieur]</w:t>
      </w:r>
      <w:r>
        <w:rPr>
          <w:b w:val="0"/>
        </w:rPr>
        <w:t>, une expérience qui renforce mon envie de découvrir concrètement votre métier.</w:t>
      </w:r>
    </w:p>
    <w:p>
      <w:r>
        <w:rPr>
          <w:b w:val="0"/>
        </w:rPr>
        <w:t xml:space="preserve">Sérieux, ponctuel et attentif aux consignes, je m'engage à respecter les horaires et le règlement intérieur de l'entreprise. Je peux me rendre sur votre site par </w:t>
      </w:r>
      <w:r>
        <w:rPr>
          <w:b w:val="0"/>
          <w:color w:val="2446A6"/>
        </w:rPr>
        <w:t>[le métro, ligne 6, station Dupleix / le bus 42, arrêt Hôpital européen / le RER A, station La Défense]</w:t>
      </w:r>
      <w:r>
        <w:rPr>
          <w:b w:val="0"/>
        </w:rPr>
        <w:t>.</w:t>
      </w:r>
    </w:p>
    <w:p>
      <w:r>
        <w:rPr>
          <w:b w:val="0"/>
        </w:rPr>
        <w:t>Je tiens à votre disposition ma convention de stage, déjà signée par le chef d'établissement, et je peux me libérer pour un entretien à votre convenance, y compris le mercredi après-midi.</w:t>
      </w:r>
    </w:p>
    <w:p>
      <w:r>
        <w:rPr>
          <w:b w:val="0"/>
        </w:rPr>
        <w:t>Dans l'attente de votre réponse, je vous prie d'agréer, Madame, Monsieur, l'expression de mes salutations respectueuses.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convention de stage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pour un stage de seconde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