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 Ville]</w:t>
      </w:r>
    </w:p>
    <w:p>
      <w:pPr>
        <w:spacing w:after="0"/>
      </w:pP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  <w:color w:val="2446A6"/>
        </w:rPr>
        <w:t>[Adresse e-mail]</w:t>
      </w:r>
    </w:p>
    <w:p/>
    <w:p>
      <w:pPr>
        <w:spacing w:after="0"/>
        <w:jc w:val="right"/>
      </w:pPr>
      <w:r>
        <w:rPr>
          <w:b w:val="0"/>
        </w:rPr>
        <w:t xml:space="preserve">À l'attention de la directrice de la crèche </w:t>
      </w:r>
      <w:r>
        <w:rPr>
          <w:b w:val="0"/>
          <w:color w:val="2446A6"/>
        </w:rPr>
        <w:t>[Nom de la crèche]</w:t>
      </w:r>
    </w:p>
    <w:p>
      <w:pPr>
        <w:spacing w:after="0"/>
        <w:jc w:val="right"/>
      </w:pPr>
      <w:r>
        <w:rPr>
          <w:b w:val="0"/>
          <w:color w:val="2446A6"/>
        </w:rPr>
        <w:t>[Adresse de la crèche]</w:t>
      </w:r>
    </w:p>
    <w:p>
      <w:pPr>
        <w:spacing w:after="0"/>
        <w:jc w:val="right"/>
      </w:pPr>
      <w:r>
        <w:rPr>
          <w:b w:val="0"/>
          <w:color w:val="2446A6"/>
        </w:rPr>
        <w:t>[Code postal Ville]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r>
        <w:rPr>
          <w:b/>
        </w:rPr>
        <w:t xml:space="preserve">Objet : Candidature pour un stage en crèche du </w:t>
      </w:r>
      <w:r>
        <w:rPr>
          <w:b/>
          <w:color w:val="2446A6"/>
        </w:rPr>
        <w:t>[date de début]</w:t>
      </w:r>
      <w:r>
        <w:rPr>
          <w:b/>
        </w:rPr>
        <w:t xml:space="preserve"> au </w:t>
      </w:r>
      <w:r>
        <w:rPr>
          <w:b/>
          <w:color w:val="2446A6"/>
        </w:rPr>
        <w:t>[date de fin]</w:t>
      </w:r>
      <w:r>
        <w:rPr>
          <w:b/>
        </w:rPr>
        <w:t xml:space="preserve"> – </w:t>
      </w:r>
      <w:r>
        <w:rPr>
          <w:b/>
          <w:color w:val="2446A6"/>
        </w:rPr>
        <w:t>[Prénom Nom]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Étudiante en </w:t>
      </w:r>
      <w:r>
        <w:rPr>
          <w:b w:val="0"/>
          <w:color w:val="2446A6"/>
        </w:rPr>
        <w:t>[CAP Accompagnant éducatif petite enfance]</w:t>
      </w:r>
      <w:r>
        <w:rPr>
          <w:b w:val="0"/>
        </w:rPr>
        <w:t xml:space="preserve"> au lycée </w:t>
      </w:r>
      <w:r>
        <w:rPr>
          <w:b w:val="0"/>
          <w:color w:val="2446A6"/>
        </w:rPr>
        <w:t>[Jean Monnet]</w:t>
      </w:r>
      <w:r>
        <w:rPr>
          <w:b w:val="0"/>
        </w:rPr>
        <w:t xml:space="preserve">, je recherche un stage en crèche du </w:t>
      </w:r>
      <w:r>
        <w:rPr>
          <w:b w:val="0"/>
          <w:color w:val="2446A6"/>
        </w:rPr>
        <w:t>[12 janvier au 6 février 2027]</w:t>
      </w:r>
      <w:r>
        <w:rPr>
          <w:b w:val="0"/>
        </w:rPr>
        <w:t xml:space="preserve"> pour valider mon diplôme et confirmer ma vocation.</w:t>
      </w:r>
    </w:p>
    <w:p>
      <w:r>
        <w:rPr>
          <w:b w:val="0"/>
        </w:rPr>
        <w:t xml:space="preserve">Lors de mon babysitting quotidien avec </w:t>
      </w:r>
      <w:r>
        <w:rPr>
          <w:b w:val="0"/>
          <w:color w:val="2446A6"/>
        </w:rPr>
        <w:t>[deux enfants de 2 et 4 ans]</w:t>
      </w:r>
      <w:r>
        <w:rPr>
          <w:b w:val="0"/>
        </w:rPr>
        <w:t>, j’ai appris à préparer un biberon à 37 °C sans bulle d’air et à poser une compresse de sérum physiologique sans faire pleurer. Je sais aussi repérer les signes d’otite séreuse : fièvre à 38,2 °C, enfant qui tire sur son oreille droite et pleure en position allongée.</w:t>
      </w:r>
    </w:p>
    <w:p>
      <w:r>
        <w:rPr>
          <w:b w:val="0"/>
        </w:rPr>
        <w:t>J’ai découvert la pédagogie active de votre crèche lors de la journée portes ouvertes du 15 mars et elle correspond à ma vision de l’éveil : je pratique la motricité libre en salle et j’anime chaque mercredi un atelier de transvasement de semoule propre, en laissant l’enfant choisir son rythme. Quand un tout-petit mord, je parle bas, je me mets à sa hauteur et je verbalise « Ça fait mal à Léo, ta bouche n'est pas une arme ».</w:t>
      </w:r>
    </w:p>
    <w:p>
      <w:r>
        <w:rPr>
          <w:b w:val="0"/>
        </w:rPr>
        <w:t xml:space="preserve">Je suis disponible pour un entretien le mardi après-midi avant 17h et je vous recontacterai le </w:t>
      </w:r>
      <w:r>
        <w:rPr>
          <w:b w:val="0"/>
          <w:color w:val="2446A6"/>
        </w:rPr>
        <w:t>[3 octobre 2027]</w:t>
      </w:r>
      <w:r>
        <w:rPr>
          <w:b w:val="0"/>
        </w:rPr>
        <w:t xml:space="preserve"> pour vérifier la réception de ma candidature.</w:t>
      </w:r>
    </w:p>
    <w:p>
      <w:r>
        <w:rPr>
          <w:b w:val="0"/>
        </w:rPr>
        <w:t>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curriculum vitæ et certificat vaccinal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stage en crèche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