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color w:val="2446A6"/>
        </w:rPr>
        <w:t>[Prénom Nom]</w:t>
      </w:r>
    </w:p>
    <w:p>
      <w:pPr>
        <w:spacing w:after="0"/>
      </w:pPr>
      <w:r>
        <w:rPr>
          <w:b w:val="0"/>
          <w:color w:val="2446A6"/>
        </w:rPr>
        <w:t>[Adresse]</w:t>
      </w:r>
    </w:p>
    <w:p>
      <w:pPr>
        <w:spacing w:after="0"/>
      </w:pPr>
      <w:r>
        <w:rPr>
          <w:b w:val="0"/>
          <w:color w:val="2446A6"/>
        </w:rPr>
        <w:t>[Téléphone]</w:t>
      </w:r>
    </w:p>
    <w:p>
      <w:pPr>
        <w:spacing w:after="0"/>
      </w:pPr>
      <w:r>
        <w:rPr>
          <w:b w:val="0"/>
          <w:color w:val="2446A6"/>
        </w:rPr>
        <w:t>[Email]</w:t>
      </w:r>
    </w:p>
    <w:p/>
    <w:p>
      <w:pPr>
        <w:spacing w:after="0"/>
        <w:jc w:val="right"/>
      </w:pPr>
      <w:r>
        <w:rPr>
          <w:b w:val="0"/>
          <w:color w:val="2446A6"/>
        </w:rPr>
        <w:t>[Nom de l’entreprise]</w:t>
      </w:r>
    </w:p>
    <w:p>
      <w:pPr>
        <w:spacing w:after="0"/>
        <w:jc w:val="right"/>
      </w:pPr>
      <w:r>
        <w:rPr>
          <w:b w:val="0"/>
        </w:rPr>
        <w:t xml:space="preserve">À l’attention de </w:t>
      </w:r>
      <w:r>
        <w:rPr>
          <w:b w:val="0"/>
          <w:color w:val="2446A6"/>
        </w:rPr>
        <w:t>[M. ou Mme Nom]</w:t>
      </w:r>
    </w:p>
    <w:p>
      <w:pPr>
        <w:spacing w:after="0"/>
        <w:jc w:val="right"/>
      </w:pPr>
      <w:r>
        <w:rPr>
          <w:b w:val="0"/>
          <w:color w:val="2446A6"/>
        </w:rPr>
        <w:t>[Adresse]</w:t>
      </w:r>
    </w:p>
    <w:p/>
    <w:p>
      <w:pPr>
        <w:jc w:val="right"/>
      </w:pPr>
      <w:r>
        <w:rPr>
          <w:b w:val="0"/>
        </w:rPr>
        <w:t xml:space="preserve">À </w:t>
      </w:r>
      <w:r>
        <w:rPr>
          <w:b w:val="0"/>
          <w:color w:val="2446A6"/>
        </w:rPr>
        <w:t>[Ville]</w:t>
      </w:r>
      <w:r>
        <w:rPr>
          <w:b w:val="0"/>
        </w:rPr>
        <w:t xml:space="preserve">, le </w:t>
      </w:r>
      <w:r>
        <w:rPr>
          <w:b w:val="0"/>
          <w:color w:val="2446A6"/>
        </w:rPr>
        <w:t>[date]</w:t>
      </w:r>
    </w:p>
    <w:p>
      <w:r>
        <w:rPr>
          <w:b/>
        </w:rPr>
        <w:t xml:space="preserve">Objet : Candidature pour un stage de </w:t>
      </w:r>
      <w:r>
        <w:rPr>
          <w:b/>
          <w:color w:val="2446A6"/>
        </w:rPr>
        <w:t>[domaine]</w:t>
      </w:r>
      <w:r>
        <w:rPr>
          <w:b/>
        </w:rPr>
        <w:t xml:space="preserve"> – </w:t>
      </w:r>
      <w:r>
        <w:rPr>
          <w:b/>
          <w:color w:val="2446A6"/>
        </w:rPr>
        <w:t>[Prénom Nom]</w:t>
      </w:r>
    </w:p>
    <w:p/>
    <w:p>
      <w:r>
        <w:rPr>
          <w:b w:val="0"/>
        </w:rPr>
        <w:t>Madame, Monsieur,</w:t>
      </w:r>
    </w:p>
    <w:p>
      <w:r>
        <w:rPr>
          <w:b w:val="0"/>
        </w:rPr>
        <w:t xml:space="preserve">Actuellement étudiant en </w:t>
      </w:r>
      <w:r>
        <w:rPr>
          <w:b w:val="0"/>
          <w:color w:val="2446A6"/>
        </w:rPr>
        <w:t>[deuxième année de BUT Techniques de commercialisation]</w:t>
      </w:r>
      <w:r>
        <w:rPr>
          <w:b w:val="0"/>
        </w:rPr>
        <w:t xml:space="preserve"> à l’IUT de </w:t>
      </w:r>
      <w:r>
        <w:rPr>
          <w:b w:val="0"/>
          <w:color w:val="2446A6"/>
        </w:rPr>
        <w:t>[Ville]</w:t>
      </w:r>
      <w:r>
        <w:rPr>
          <w:b w:val="0"/>
        </w:rPr>
        <w:t xml:space="preserve">, je suis à la recherche d’un stage de </w:t>
      </w:r>
      <w:r>
        <w:rPr>
          <w:b w:val="0"/>
          <w:color w:val="2446A6"/>
        </w:rPr>
        <w:t>[douze semaines]</w:t>
      </w:r>
      <w:r>
        <w:rPr>
          <w:b w:val="0"/>
        </w:rPr>
        <w:t xml:space="preserve"> à compter du </w:t>
      </w:r>
      <w:r>
        <w:rPr>
          <w:b w:val="0"/>
          <w:color w:val="2446A6"/>
        </w:rPr>
        <w:t>[date]</w:t>
      </w:r>
      <w:r>
        <w:rPr>
          <w:b w:val="0"/>
        </w:rPr>
        <w:t xml:space="preserve">. Votre campagne de lancement pour </w:t>
      </w:r>
      <w:r>
        <w:rPr>
          <w:b w:val="0"/>
          <w:color w:val="2446A6"/>
        </w:rPr>
        <w:t>[nom du produit]</w:t>
      </w:r>
      <w:r>
        <w:rPr>
          <w:b w:val="0"/>
        </w:rPr>
        <w:t xml:space="preserve"> sur Instagram, que j’ai analysée dans le cadre d’un projet tutoré, m’a convaincu de vous adresser ma candidature.</w:t>
      </w:r>
    </w:p>
    <w:p>
      <w:r>
        <w:rPr>
          <w:b w:val="0"/>
        </w:rPr>
        <w:t xml:space="preserve">Au cours de ma formation, j’ai acquis les bases du community management et de l’analyse de données avec Google Analytics. Lors d’un challenge inter-IUT, j’ai conçu un calendrier éditorial pour une marque fictive qui a généré un taux d’engagement de </w:t>
      </w:r>
      <w:r>
        <w:rPr>
          <w:b w:val="0"/>
          <w:color w:val="2446A6"/>
        </w:rPr>
        <w:t>[8 %]</w:t>
      </w:r>
      <w:r>
        <w:rPr>
          <w:b w:val="0"/>
        </w:rPr>
        <w:t xml:space="preserve"> sur une simulation de campagne. Je maîtrise également la suite Adobe (Photoshop, Premiere Pro) pour produire des visuels adaptés aux réseaux sociaux.</w:t>
      </w:r>
    </w:p>
    <w:p>
      <w:r>
        <w:rPr>
          <w:b w:val="0"/>
        </w:rPr>
        <w:t>Intégrer votre équipe me permettrait de contribuer à l’animation de vos comptes, en particulier sur TikTok où votre présence est encore récente. Je suis disponible pour un entretien à votre convenance et peux vous fournir la convention de stage de mon établissement dès que ma candidature sera retenue.</w:t>
      </w:r>
    </w:p>
    <w:p>
      <w:r>
        <w:rPr>
          <w:b w:val="0"/>
        </w:rPr>
        <w:t>Dans l’attente de votre retour, je vous prie d’agréer, Madame, Monsieur, l’expression de mes salutations distinguées.</w:t>
      </w:r>
    </w:p>
    <w:p/>
    <w:p>
      <w:pPr>
        <w:jc w:val="right"/>
      </w:pPr>
      <w:r>
        <w:rPr>
          <w:b w:val="0"/>
          <w:color w:val="2446A6"/>
        </w:rPr>
        <w:t>[Prénom Nom]</w:t>
      </w:r>
    </w:p>
    <w:p/>
    <w:p>
      <w:r>
        <w:rPr>
          <w:b w:val="0"/>
        </w:rPr>
        <w:t>Pièce jointe : Curriculum vitae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de motivation stage étudiant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