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[Léa Martin]</w:t>
      </w:r>
    </w:p>
    <w:p>
      <w:pPr>
        <w:spacing w:after="0"/>
      </w:pPr>
      <w:r>
        <w:rPr>
          <w:b w:val="0"/>
          <w:color w:val="2446A6"/>
        </w:rPr>
        <w:t>[12 rue des Écoles, 69000 Lyon]</w:t>
      </w:r>
    </w:p>
    <w:p>
      <w:pPr>
        <w:spacing w:after="0"/>
      </w:pPr>
      <w:r>
        <w:rPr>
          <w:b w:val="0"/>
          <w:color w:val="2446A6"/>
        </w:rPr>
        <w:t>[06 12 34 56 78]</w:t>
      </w:r>
    </w:p>
    <w:p>
      <w:pPr>
        <w:spacing w:after="0"/>
      </w:pPr>
      <w:r>
        <w:rPr>
          <w:b w:val="0"/>
          <w:color w:val="2446A6"/>
        </w:rPr>
        <w:t>[lea.martin@mail.com]</w:t>
      </w:r>
    </w:p>
    <w:p/>
    <w:p>
      <w:pPr>
        <w:spacing w:after="0"/>
        <w:jc w:val="right"/>
      </w:pPr>
      <w:r>
        <w:rPr>
          <w:b w:val="0"/>
          <w:color w:val="2446A6"/>
        </w:rPr>
        <w:t>[M. le Directeur de l'ACM Les Explorateurs]</w:t>
      </w:r>
    </w:p>
    <w:p>
      <w:pPr>
        <w:spacing w:after="0"/>
        <w:jc w:val="right"/>
      </w:pPr>
      <w:r>
        <w:rPr>
          <w:b w:val="0"/>
          <w:color w:val="2446A6"/>
        </w:rPr>
        <w:t>[5 place de la Mairie, 750 01 Paris]</w:t>
      </w:r>
    </w:p>
    <w:p/>
    <w:p>
      <w:pPr>
        <w:jc w:val="right"/>
      </w:pPr>
      <w:r>
        <w:rPr>
          <w:b w:val="0"/>
        </w:rPr>
        <w:t xml:space="preserve">À </w:t>
      </w:r>
      <w:r>
        <w:rPr>
          <w:b w:val="0"/>
          <w:color w:val="2446A6"/>
        </w:rPr>
        <w:t>[Lyon]</w:t>
      </w:r>
      <w:r>
        <w:rPr>
          <w:b w:val="0"/>
        </w:rPr>
        <w:t xml:space="preserve">, le </w:t>
      </w:r>
      <w:r>
        <w:rPr>
          <w:b w:val="0"/>
          <w:color w:val="2446A6"/>
        </w:rPr>
        <w:t>[24 septembre 2026]</w:t>
      </w:r>
    </w:p>
    <w:p>
      <w:r>
        <w:rPr>
          <w:b/>
        </w:rPr>
        <w:t xml:space="preserve">Objet : Candidature au stage pratique BAFA – </w:t>
      </w:r>
      <w:r>
        <w:rPr>
          <w:b/>
          <w:color w:val="2446A6"/>
        </w:rPr>
        <w:t>[juillet 2027]</w:t>
      </w:r>
    </w:p>
    <w:p/>
    <w:p>
      <w:r>
        <w:rPr>
          <w:b w:val="0"/>
        </w:rPr>
        <w:t>Madame, Monsieur,</w:t>
      </w:r>
    </w:p>
    <w:p>
      <w:r>
        <w:rPr>
          <w:b w:val="0"/>
        </w:rPr>
        <w:t xml:space="preserve">Titulaire de la session de formation générale BAFA obtenue le </w:t>
      </w:r>
      <w:r>
        <w:rPr>
          <w:b w:val="0"/>
          <w:color w:val="2446A6"/>
        </w:rPr>
        <w:t>[15 mars 2026]</w:t>
      </w:r>
      <w:r>
        <w:rPr>
          <w:b w:val="0"/>
        </w:rPr>
        <w:t xml:space="preserve"> auprès de </w:t>
      </w:r>
      <w:r>
        <w:rPr>
          <w:b w:val="0"/>
          <w:color w:val="2446A6"/>
        </w:rPr>
        <w:t>[l'Union Française des Centres de Vacances]</w:t>
      </w:r>
      <w:r>
        <w:rPr>
          <w:b w:val="0"/>
        </w:rPr>
        <w:t>, je suis à la recherche d’un stage pratique de 14 jours pour valider mon brevet. Votre accueil de loisirs Les Explorateurs, spécialisé dans l’accueil des 6-11 ans, applique un projet éducatiff axé sur l’autonomie qui fait écho à mon travail de formation.</w:t>
      </w:r>
    </w:p>
    <w:p>
      <w:r>
        <w:rPr>
          <w:b w:val="0"/>
        </w:rPr>
        <w:t>L’an passé, j’ai encadré bénévolement une colonie de vacances de 20 enfants de 8 à 10 ans pendant 8 jours. J’y ai assuré la préparation d’ateliers manuels (fabrication de marionnettes) et la surveillance des temps de repas, en ajustant les consignes à chacun pour garantir la sécurté affective du groupe. Cete première expérience m’a appris à repérer les signes de fatigue et à proposer des temps calmes sans rompre la dynamique collective.</w:t>
      </w:r>
    </w:p>
    <w:p>
      <w:r>
        <w:rPr>
          <w:b w:val="0"/>
        </w:rPr>
        <w:t xml:space="preserve">Je suis disponnible du </w:t>
      </w:r>
      <w:r>
        <w:rPr>
          <w:b w:val="0"/>
          <w:color w:val="2446A6"/>
        </w:rPr>
        <w:t>[7 juillet]</w:t>
      </w:r>
      <w:r>
        <w:rPr>
          <w:b w:val="0"/>
        </w:rPr>
        <w:t xml:space="preserve"> au </w:t>
      </w:r>
      <w:r>
        <w:rPr>
          <w:b w:val="0"/>
          <w:color w:val="2446A6"/>
        </w:rPr>
        <w:t>[20 juillet 2027]</w:t>
      </w:r>
      <w:r>
        <w:rPr>
          <w:b w:val="0"/>
        </w:rPr>
        <w:t>, soit 14 jours consécutifs. Je peux également intervenir les mercredis de juin pour préparer les projets avec votre équipe. Le grand jeu de piste sur le thème de la biodiversité en ville que j’ai conçu pendant ma formation pourra être détaillé à l’occcasion d’un entretien.</w:t>
      </w:r>
    </w:p>
    <w:p>
      <w:r>
        <w:rPr>
          <w:b w:val="0"/>
        </w:rPr>
        <w:t>Mettre mon énergie au service des enfants de votre structure et me former au coté d’animateurs confiirmés constituent mes objecctifs priioritaires. Je reste à votre disposition pour tout échange complémentaire.</w:t>
      </w:r>
    </w:p>
    <w:p>
      <w:r>
        <w:rPr>
          <w:b w:val="0"/>
        </w:rPr>
        <w:t>Je vous prie d’agréer, Madame, Monsieur, l’expression de mes salutations distinguées.</w:t>
      </w:r>
    </w:p>
    <w:p/>
    <w:p>
      <w:pPr>
        <w:jc w:val="right"/>
      </w:pPr>
      <w:r>
        <w:rPr>
          <w:b w:val="0"/>
          <w:color w:val="2446A6"/>
        </w:rPr>
        <w:t>[Léa Martin]</w:t>
      </w:r>
    </w:p>
    <w:p/>
    <w:p>
      <w:r>
        <w:rPr>
          <w:b w:val="0"/>
        </w:rPr>
        <w:t>Pièce jointe : Curriculum vitae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stage pratique BAFA</dc:title>
  <dc:subject/>
  <dc:creator/>
  <cp:keywords/>
  <dc:description/>
  <cp:lastModifiedBy/>
  <cp:revision>1</cp:revision>
  <dcterms:created xsi:type="dcterms:W3CDTF">2013-12-23T23:15:00Z</dcterms:created>
  <dcterms:modified xsi:type="dcterms:W3CDTF">2013-12-23T23:15:00Z</dcterms:modified>
  <cp:category/>
</cp:coreProperties>
</file>