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[15 rue des Lilas, 44000 Nantes]</w:t>
      </w:r>
    </w:p>
    <w:p>
      <w:pPr>
        <w:spacing w:after="0"/>
      </w:pPr>
      <w:r>
        <w:rPr>
          <w:b w:val="0"/>
          <w:color w:val="2446A6"/>
        </w:rPr>
        <w:t>[06 12 34 56 78]</w:t>
      </w:r>
    </w:p>
    <w:p>
      <w:pPr>
        <w:spacing w:after="0"/>
      </w:pPr>
      <w:r>
        <w:rPr>
          <w:b w:val="0"/>
          <w:color w:val="2446A6"/>
        </w:rPr>
        <w:t>[prenom.nom@email.fr]</w:t>
      </w:r>
    </w:p>
    <w:p/>
    <w:p>
      <w:pPr>
        <w:spacing w:after="0"/>
        <w:jc w:val="right"/>
      </w:pPr>
      <w:r>
        <w:rPr>
          <w:b w:val="0"/>
        </w:rPr>
        <w:t>Service des Ressources Humaines</w:t>
      </w:r>
    </w:p>
    <w:p>
      <w:pPr>
        <w:spacing w:after="0"/>
        <w:jc w:val="right"/>
      </w:pPr>
      <w:r>
        <w:rPr>
          <w:b w:val="0"/>
          <w:color w:val="2446A6"/>
        </w:rPr>
        <w:t>[Innovatech, 83 rue de Turbigo, 75003 Paris]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 xml:space="preserve">Objet : Candidature pour un stage de </w:t>
      </w:r>
      <w:r>
        <w:rPr>
          <w:b/>
          <w:color w:val="2446A6"/>
        </w:rPr>
        <w:t>[domaine]</w:t>
      </w:r>
      <w:r>
        <w:rPr>
          <w:b/>
        </w:rPr>
        <w:t xml:space="preserve"> à partir du </w:t>
      </w:r>
      <w:r>
        <w:rPr>
          <w:b/>
          <w:color w:val="2446A6"/>
        </w:rPr>
        <w:t>[date de début]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Étudiant en </w:t>
      </w:r>
      <w:r>
        <w:rPr>
          <w:b w:val="0"/>
          <w:color w:val="2446A6"/>
        </w:rPr>
        <w:t>[2ᵉ année de BTS Gestion de la PME]</w:t>
      </w:r>
      <w:r>
        <w:rPr>
          <w:b w:val="0"/>
        </w:rPr>
        <w:t xml:space="preserve"> au lycée </w:t>
      </w:r>
      <w:r>
        <w:rPr>
          <w:b w:val="0"/>
          <w:color w:val="2446A6"/>
        </w:rPr>
        <w:t>[Jean Bart à Dunkerque]</w:t>
      </w:r>
      <w:r>
        <w:rPr>
          <w:b w:val="0"/>
        </w:rPr>
        <w:t xml:space="preserve">, je recherche un stage de </w:t>
      </w:r>
      <w:r>
        <w:rPr>
          <w:b w:val="0"/>
          <w:color w:val="2446A6"/>
        </w:rPr>
        <w:t>[8 semaines à compter du 15 mai 2027]</w:t>
      </w:r>
      <w:r>
        <w:rPr>
          <w:b w:val="0"/>
        </w:rPr>
        <w:t xml:space="preserve">. Votre entreprise </w:t>
      </w:r>
      <w:r>
        <w:rPr>
          <w:b w:val="0"/>
          <w:color w:val="2446A6"/>
        </w:rPr>
        <w:t>[Nom de l'entreprise]</w:t>
      </w:r>
      <w:r>
        <w:rPr>
          <w:b w:val="0"/>
        </w:rPr>
        <w:t xml:space="preserve">, spécialisée dans </w:t>
      </w:r>
      <w:r>
        <w:rPr>
          <w:b w:val="0"/>
          <w:color w:val="2446A6"/>
        </w:rPr>
        <w:t>[l'expertise comptable pour les artisans]</w:t>
      </w:r>
      <w:r>
        <w:rPr>
          <w:b w:val="0"/>
        </w:rPr>
        <w:t xml:space="preserve">, m'intéresse parce que vous avez développé </w:t>
      </w:r>
      <w:r>
        <w:rPr>
          <w:b w:val="0"/>
          <w:color w:val="2446A6"/>
        </w:rPr>
        <w:t>[un logiciel de facturation simplifiée pour mobiles]</w:t>
      </w:r>
      <w:r>
        <w:rPr>
          <w:b w:val="0"/>
        </w:rPr>
        <w:t xml:space="preserve">, un outil dont j'ai pu mesurer l'utilité lors d'un job d'été en </w:t>
      </w:r>
      <w:r>
        <w:rPr>
          <w:b w:val="0"/>
          <w:color w:val="2446A6"/>
        </w:rPr>
        <w:t>[aide-comptable]</w:t>
      </w:r>
      <w:r>
        <w:rPr>
          <w:b w:val="0"/>
        </w:rPr>
        <w:t xml:space="preserve"> chez </w:t>
      </w:r>
      <w:r>
        <w:rPr>
          <w:b w:val="0"/>
          <w:color w:val="2446A6"/>
        </w:rPr>
        <w:t>[un garagiste]</w:t>
      </w:r>
      <w:r>
        <w:rPr>
          <w:b w:val="0"/>
        </w:rPr>
        <w:t>.</w:t>
      </w:r>
    </w:p>
    <w:p>
      <w:r>
        <w:rPr>
          <w:b w:val="0"/>
        </w:rPr>
        <w:t xml:space="preserve">Sans expérience professionnelle longue, j'ai appris la rigueur et la discrétion en manipulant des données clients pendant ce job, et ma formation m'a donné les bases du </w:t>
      </w:r>
      <w:r>
        <w:rPr>
          <w:b w:val="0"/>
          <w:color w:val="2446A6"/>
        </w:rPr>
        <w:t>[droit des sociétés]</w:t>
      </w:r>
      <w:r>
        <w:rPr>
          <w:b w:val="0"/>
        </w:rPr>
        <w:t xml:space="preserve"> et de la </w:t>
      </w:r>
      <w:r>
        <w:rPr>
          <w:b w:val="0"/>
          <w:color w:val="2446A6"/>
        </w:rPr>
        <w:t>[paie]</w:t>
      </w:r>
      <w:r>
        <w:rPr>
          <w:b w:val="0"/>
        </w:rPr>
        <w:t xml:space="preserve">. Je maîtrise Excel avancé et le logiciel </w:t>
      </w:r>
      <w:r>
        <w:rPr>
          <w:b w:val="0"/>
          <w:color w:val="2446A6"/>
        </w:rPr>
        <w:t>[Quadra]</w:t>
      </w:r>
      <w:r>
        <w:rPr>
          <w:b w:val="0"/>
        </w:rPr>
        <w:t xml:space="preserve">. Mon projet est de devenir </w:t>
      </w:r>
      <w:r>
        <w:rPr>
          <w:b w:val="0"/>
          <w:color w:val="2446A6"/>
        </w:rPr>
        <w:t>[expert-comptable stagiaire]</w:t>
      </w:r>
      <w:r>
        <w:rPr>
          <w:b w:val="0"/>
        </w:rPr>
        <w:t xml:space="preserve"> et votre cabinet, qui accompagne 150 artisans, est le cadre idéal pour cette première immersion.</w:t>
      </w:r>
    </w:p>
    <w:p>
      <w:r>
        <w:rPr>
          <w:b w:val="0"/>
        </w:rPr>
        <w:t xml:space="preserve">Je me tiens à votre disposition pour un entretien téléphonique ou en visioconférence à partir du </w:t>
      </w:r>
      <w:r>
        <w:rPr>
          <w:b w:val="0"/>
          <w:color w:val="2446A6"/>
        </w:rPr>
        <w:t>[3 mars 2027]</w:t>
      </w:r>
      <w:r>
        <w:rPr>
          <w:b w:val="0"/>
        </w:rPr>
        <w:t xml:space="preserve"> et vous remercie de votre attention.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Curriculum vitae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pour un stage sans expérience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