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Lettre de recommandation pour </w:t>
      </w:r>
      <w:r>
        <w:rPr>
          <w:b/>
          <w:color w:val="2446A6"/>
        </w:rPr>
        <w:t>[Prénom Nom]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recommande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qui a occupé le poste de </w:t>
      </w:r>
      <w:r>
        <w:rPr>
          <w:b w:val="0"/>
          <w:color w:val="2446A6"/>
        </w:rPr>
        <w:t>[Assistant commercial]</w:t>
      </w:r>
      <w:r>
        <w:rPr>
          <w:b w:val="0"/>
        </w:rPr>
        <w:t xml:space="preserve"> au sein de notre entreprise du </w:t>
      </w:r>
      <w:r>
        <w:rPr>
          <w:b w:val="0"/>
          <w:color w:val="2446A6"/>
        </w:rPr>
        <w:t>[1er septembre 2021]</w:t>
      </w:r>
      <w:r>
        <w:rPr>
          <w:b w:val="0"/>
        </w:rPr>
        <w:t xml:space="preserve"> au </w:t>
      </w:r>
      <w:r>
        <w:rPr>
          <w:b w:val="0"/>
          <w:color w:val="2446A6"/>
        </w:rPr>
        <w:t>[31 août 2024]</w:t>
      </w:r>
      <w:r>
        <w:rPr>
          <w:b w:val="0"/>
        </w:rPr>
        <w:t xml:space="preserve">. Durant ces </w:t>
      </w:r>
      <w:r>
        <w:rPr>
          <w:b w:val="0"/>
          <w:color w:val="2446A6"/>
        </w:rPr>
        <w:t>[trois années]</w:t>
      </w:r>
      <w:r>
        <w:rPr>
          <w:b w:val="0"/>
        </w:rPr>
        <w:t xml:space="preserve">,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été rattaché(e) au service </w:t>
      </w:r>
      <w:r>
        <w:rPr>
          <w:b w:val="0"/>
          <w:color w:val="2446A6"/>
        </w:rPr>
        <w:t>[ventes]</w:t>
      </w:r>
      <w:r>
        <w:rPr>
          <w:b w:val="0"/>
        </w:rPr>
        <w:t xml:space="preserve"> et a travaillé sous ma responsabilité directe.</w:t>
      </w:r>
    </w:p>
    <w:p>
      <w:r>
        <w:rPr>
          <w:b w:val="0"/>
          <w:color w:val="2446A6"/>
        </w:rPr>
        <w:t>[Prénom Nom]</w:t>
      </w:r>
      <w:r>
        <w:rPr>
          <w:b w:val="0"/>
        </w:rPr>
        <w:t xml:space="preserve"> a piloté la refonte de notre catalogue clients, ce qui a permis de réduire de </w:t>
      </w:r>
      <w:r>
        <w:rPr>
          <w:b w:val="0"/>
          <w:color w:val="2446A6"/>
        </w:rPr>
        <w:t>[15 %]</w:t>
      </w:r>
      <w:r>
        <w:rPr>
          <w:b w:val="0"/>
        </w:rPr>
        <w:t xml:space="preserve"> le temps de traitement des commandes.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également formé </w:t>
      </w:r>
      <w:r>
        <w:rPr>
          <w:b w:val="0"/>
          <w:color w:val="2446A6"/>
        </w:rPr>
        <w:t>[deux]</w:t>
      </w:r>
      <w:r>
        <w:rPr>
          <w:b w:val="0"/>
        </w:rPr>
        <w:t xml:space="preserve"> nouveaux collaborateurs à l’outil de gestion interne et a assuré le suivi d’un portefeuille de </w:t>
      </w:r>
      <w:r>
        <w:rPr>
          <w:b w:val="0"/>
          <w:color w:val="2446A6"/>
        </w:rPr>
        <w:t>[80]</w:t>
      </w:r>
      <w:r>
        <w:rPr>
          <w:b w:val="0"/>
        </w:rPr>
        <w:t xml:space="preserve"> comptes. Sa rigueur et sa capacité à anticiper les demandes ont été remarquées lors de chaque réunion mensuelle.</w:t>
      </w:r>
    </w:p>
    <w:p>
      <w:r>
        <w:rPr>
          <w:b w:val="0"/>
        </w:rPr>
        <w:t xml:space="preserve">Sur le plan du savoir-être,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a toujours fait preuve d’une grande discrétion et d’un esprit d’équipe apprécié de ses collègues. </w:t>
      </w:r>
      <w:r>
        <w:rPr>
          <w:b w:val="0"/>
          <w:color w:val="2446A6"/>
        </w:rPr>
        <w:t>[Il/Elle]</w:t>
      </w:r>
      <w:r>
        <w:rPr>
          <w:b w:val="0"/>
        </w:rPr>
        <w:t xml:space="preserve"> a su gérer des périodes de forte activité sans jamais dégrader la relation client. Je le/la considère comme un(e) professionnel(le) fiable, autonome et parfaitement intègre.</w:t>
      </w:r>
    </w:p>
    <w:p>
      <w:r>
        <w:rPr>
          <w:b w:val="0"/>
        </w:rPr>
        <w:t xml:space="preserve">Je reste à votre disposition pour tout renseignement complémentaire par téléphone au </w:t>
      </w:r>
      <w:r>
        <w:rPr>
          <w:b w:val="0"/>
          <w:color w:val="2446A6"/>
        </w:rPr>
        <w:t>[01 23 45 67 89]</w:t>
      </w:r>
      <w:r>
        <w:rPr>
          <w:b w:val="0"/>
        </w:rPr>
        <w:t xml:space="preserve"> ou par email à </w:t>
      </w:r>
      <w:r>
        <w:rPr>
          <w:b w:val="0"/>
          <w:color w:val="2446A6"/>
        </w:rPr>
        <w:t>[email@entreprise.com]</w:t>
      </w:r>
      <w:r>
        <w:rPr>
          <w:b w:val="0"/>
        </w:rPr>
        <w:t>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par un employeur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