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</w:rPr>
        <w:t>Senior Lecturer in Economics</w:t>
      </w:r>
    </w:p>
    <w:p>
      <w:pPr>
        <w:spacing w:after="0"/>
      </w:pPr>
      <w:r>
        <w:rPr>
          <w:b w:val="0"/>
        </w:rPr>
        <w:t>Université Lumière Lyon 2</w:t>
      </w:r>
    </w:p>
    <w:p>
      <w:pPr>
        <w:spacing w:after="0"/>
      </w:pPr>
      <w:r>
        <w:rPr>
          <w:b w:val="0"/>
        </w:rPr>
        <w:t>86 rue Pasteur, 69007 Lyon, France</w:t>
      </w:r>
    </w:p>
    <w:p>
      <w:pPr>
        <w:spacing w:after="0"/>
      </w:pPr>
      <w:r>
        <w:rPr>
          <w:b w:val="0"/>
        </w:rPr>
        <w:t>+33 4 78 69 70 00</w:t>
      </w:r>
    </w:p>
    <w:p/>
    <w:p>
      <w:pPr>
        <w:spacing w:after="0"/>
        <w:jc w:val="right"/>
      </w:pPr>
      <w:r>
        <w:rPr>
          <w:b w:val="0"/>
        </w:rPr>
        <w:t>Admissions Committee</w:t>
      </w:r>
    </w:p>
    <w:p>
      <w:pPr>
        <w:spacing w:after="0"/>
        <w:jc w:val="right"/>
      </w:pPr>
      <w:r>
        <w:rPr>
          <w:b w:val="0"/>
        </w:rPr>
        <w:t>University of Bristol</w:t>
      </w:r>
    </w:p>
    <w:p>
      <w:pPr>
        <w:spacing w:after="0"/>
        <w:jc w:val="right"/>
      </w:pPr>
      <w:r>
        <w:rPr>
          <w:b w:val="0"/>
        </w:rPr>
        <w:t>Beacon House, Queens Road</w:t>
      </w:r>
    </w:p>
    <w:p>
      <w:pPr>
        <w:spacing w:after="0"/>
        <w:jc w:val="right"/>
      </w:pPr>
      <w:r>
        <w:rPr>
          <w:b w:val="0"/>
        </w:rPr>
        <w:t>Bristol BS8 1QU, United Kingdom</w:t>
      </w:r>
    </w:p>
    <w:p/>
    <w:p>
      <w:pPr>
        <w:jc w:val="right"/>
      </w:pPr>
      <w:r>
        <w:rPr>
          <w:b w:val="0"/>
        </w:rPr>
        <w:t xml:space="preserve">Lyon,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Letter of recommendation for </w:t>
      </w:r>
      <w:r>
        <w:rPr>
          <w:b/>
          <w:color w:val="2446A6"/>
        </w:rPr>
        <w:t>[Prénom Nom]</w:t>
      </w:r>
    </w:p>
    <w:p/>
    <w:p>
      <w:r>
        <w:rPr>
          <w:b w:val="0"/>
        </w:rPr>
        <w:t>Dear Admissions Committee,</w:t>
      </w:r>
    </w:p>
    <w:p>
      <w:r>
        <w:rPr>
          <w:b w:val="0"/>
        </w:rPr>
        <w:t xml:space="preserve">I am writing to recommend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for admission to your Master’s programme in Economics. I taught </w:t>
      </w:r>
      <w:r>
        <w:rPr>
          <w:b w:val="0"/>
          <w:color w:val="2446A6"/>
        </w:rPr>
        <w:t>[him/her]</w:t>
      </w:r>
      <w:r>
        <w:rPr>
          <w:b w:val="0"/>
        </w:rPr>
        <w:t xml:space="preserve"> in </w:t>
      </w:r>
      <w:r>
        <w:rPr>
          <w:b w:val="0"/>
          <w:color w:val="2446A6"/>
        </w:rPr>
        <w:t>[two courses in macroeconomics]</w:t>
      </w:r>
      <w:r>
        <w:rPr>
          <w:b w:val="0"/>
        </w:rPr>
        <w:t xml:space="preserve"> during the </w:t>
      </w:r>
      <w:r>
        <w:rPr>
          <w:b w:val="0"/>
          <w:color w:val="2446A6"/>
        </w:rPr>
        <w:t>[2024–2025]</w:t>
      </w:r>
      <w:r>
        <w:rPr>
          <w:b w:val="0"/>
        </w:rPr>
        <w:t xml:space="preserve"> academic year at Université Lumière Lyon 2, and I supervised </w:t>
      </w:r>
      <w:r>
        <w:rPr>
          <w:b w:val="0"/>
          <w:color w:val="2446A6"/>
        </w:rPr>
        <w:t>[his/her]</w:t>
      </w:r>
      <w:r>
        <w:rPr>
          <w:b w:val="0"/>
        </w:rPr>
        <w:t xml:space="preserve"> final-year research project on </w:t>
      </w:r>
      <w:r>
        <w:rPr>
          <w:b w:val="0"/>
          <w:color w:val="2446A6"/>
        </w:rPr>
        <w:t>[the impact of minimum wage changes on youth employment]</w:t>
      </w:r>
      <w:r>
        <w:rPr>
          <w:b w:val="0"/>
        </w:rPr>
        <w:t>.</w:t>
      </w:r>
    </w:p>
    <w:p>
      <w:r>
        <w:rPr>
          <w:b w:val="0"/>
        </w:rPr>
        <w:t xml:space="preserve">In class,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stood out for the rigour of </w:t>
      </w:r>
      <w:r>
        <w:rPr>
          <w:b w:val="0"/>
          <w:color w:val="2446A6"/>
        </w:rPr>
        <w:t>[his/her]</w:t>
      </w:r>
      <w:r>
        <w:rPr>
          <w:b w:val="0"/>
        </w:rPr>
        <w:t xml:space="preserve"> quantitative analysis. </w:t>
      </w:r>
      <w:r>
        <w:rPr>
          <w:b w:val="0"/>
          <w:color w:val="2446A6"/>
        </w:rPr>
        <w:t>[He/She]</w:t>
      </w:r>
      <w:r>
        <w:rPr>
          <w:b w:val="0"/>
        </w:rPr>
        <w:t xml:space="preserve"> ranked in the top </w:t>
      </w:r>
      <w:r>
        <w:rPr>
          <w:b w:val="0"/>
          <w:color w:val="2446A6"/>
        </w:rPr>
        <w:t>[5%]</w:t>
      </w:r>
      <w:r>
        <w:rPr>
          <w:b w:val="0"/>
        </w:rPr>
        <w:t xml:space="preserve"> of a cohort of </w:t>
      </w:r>
      <w:r>
        <w:rPr>
          <w:b w:val="0"/>
          <w:color w:val="2446A6"/>
        </w:rPr>
        <w:t>[120]</w:t>
      </w:r>
      <w:r>
        <w:rPr>
          <w:b w:val="0"/>
        </w:rPr>
        <w:t xml:space="preserve"> students and produced a policy brief that compared three European labour market reforms with a clear, evidence-based argument. During the research project, </w:t>
      </w:r>
      <w:r>
        <w:rPr>
          <w:b w:val="0"/>
          <w:color w:val="2446A6"/>
        </w:rPr>
        <w:t>[he/she]</w:t>
      </w:r>
      <w:r>
        <w:rPr>
          <w:b w:val="0"/>
        </w:rPr>
        <w:t xml:space="preserve"> coordinated a team of four, set weekly milestones, and delivered the final paper ten days before the deadline.</w:t>
      </w:r>
    </w:p>
    <w:p>
      <w:r>
        <w:rPr>
          <w:b w:val="0"/>
        </w:rPr>
        <w:t xml:space="preserve">Beyond academic results,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showed the leadership and communication skills required for an international programme. </w:t>
      </w:r>
      <w:r>
        <w:rPr>
          <w:b w:val="0"/>
          <w:color w:val="2446A6"/>
        </w:rPr>
        <w:t>[He/She]</w:t>
      </w:r>
      <w:r>
        <w:rPr>
          <w:b w:val="0"/>
        </w:rPr>
        <w:t xml:space="preserve"> presented the project in English to a panel of three examiners and answered questions on methodology with precision. I have rarely seen a student combine this level of autonomy with such attention to detail.</w:t>
      </w:r>
    </w:p>
    <w:p>
      <w:r>
        <w:rPr>
          <w:b w:val="0"/>
        </w:rPr>
        <w:t xml:space="preserve">I therefore give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my highest recommendation. Please contact me at +33 4 78 69 70 00 or </w:t>
      </w:r>
      <w:r>
        <w:rPr>
          <w:b w:val="0"/>
          <w:color w:val="2446A6"/>
        </w:rPr>
        <w:t>[email]</w:t>
      </w:r>
      <w:r>
        <w:rPr>
          <w:b w:val="0"/>
        </w:rPr>
        <w:t xml:space="preserve"> if you need further information.</w:t>
      </w:r>
    </w:p>
    <w:p>
      <w:r>
        <w:rPr>
          <w:b w:val="0"/>
        </w:rPr>
        <w:t>Yours faithfully,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Enclosures: CV, transcript, personal statement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en anglais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