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[Titre / Fonction]</w:t>
      </w:r>
      <w:r>
        <w:rPr>
          <w:b w:val="0"/>
        </w:rPr>
        <w:t xml:space="preserve">, </w:t>
      </w:r>
      <w:r>
        <w:rPr>
          <w:b w:val="0"/>
          <w:color w:val="2446A6"/>
        </w:rPr>
        <w:t>[Département]</w:t>
      </w:r>
    </w:p>
    <w:p>
      <w:pPr>
        <w:spacing w:after="0"/>
      </w:pPr>
      <w:r>
        <w:rPr>
          <w:b w:val="0"/>
          <w:color w:val="2446A6"/>
        </w:rPr>
        <w:t>[Établissement]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Commission d'admission</w:t>
      </w:r>
    </w:p>
    <w:p>
      <w:pPr>
        <w:spacing w:after="0"/>
        <w:jc w:val="right"/>
      </w:pPr>
      <w:r>
        <w:rPr>
          <w:b w:val="0"/>
          <w:color w:val="2446A6"/>
        </w:rPr>
        <w:t>[Nom du programme de master]</w:t>
      </w:r>
    </w:p>
    <w:p>
      <w:pPr>
        <w:spacing w:after="0"/>
        <w:jc w:val="right"/>
      </w:pPr>
      <w:r>
        <w:rPr>
          <w:b w:val="0"/>
          <w:color w:val="2446A6"/>
        </w:rPr>
        <w:t>[Université ou École]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Lettre de recommandation pour </w:t>
      </w:r>
      <w:r>
        <w:rPr>
          <w:b/>
          <w:color w:val="2446A6"/>
        </w:rPr>
        <w:t>[Prénom Nom de l'étudiant]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Enseignant-chercheur en </w:t>
      </w:r>
      <w:r>
        <w:rPr>
          <w:b w:val="0"/>
          <w:color w:val="2446A6"/>
        </w:rPr>
        <w:t>[discipline]</w:t>
      </w:r>
      <w:r>
        <w:rPr>
          <w:b w:val="0"/>
        </w:rPr>
        <w:t xml:space="preserve"> depuis </w:t>
      </w:r>
      <w:r>
        <w:rPr>
          <w:b w:val="0"/>
          <w:color w:val="2446A6"/>
        </w:rPr>
        <w:t>[nombre]</w:t>
      </w:r>
      <w:r>
        <w:rPr>
          <w:b w:val="0"/>
        </w:rPr>
        <w:t xml:space="preserve"> années à </w:t>
      </w:r>
      <w:r>
        <w:rPr>
          <w:b w:val="0"/>
          <w:color w:val="2446A6"/>
        </w:rPr>
        <w:t>[établissement]</w:t>
      </w:r>
      <w:r>
        <w:rPr>
          <w:b w:val="0"/>
        </w:rPr>
        <w:t xml:space="preserve">, j'ai encadré </w:t>
      </w:r>
      <w:r>
        <w:rPr>
          <w:b w:val="0"/>
          <w:color w:val="2446A6"/>
        </w:rPr>
        <w:t>[Prénom Nom de l'étudiant]</w:t>
      </w:r>
      <w:r>
        <w:rPr>
          <w:b w:val="0"/>
        </w:rPr>
        <w:t xml:space="preserve"> en </w:t>
      </w:r>
      <w:r>
        <w:rPr>
          <w:b w:val="0"/>
          <w:color w:val="2446A6"/>
        </w:rPr>
        <w:t>[année d'étude]</w:t>
      </w:r>
      <w:r>
        <w:rPr>
          <w:b w:val="0"/>
        </w:rPr>
        <w:t xml:space="preserve"> dans le cadre du cours de </w:t>
      </w:r>
      <w:r>
        <w:rPr>
          <w:b w:val="0"/>
          <w:color w:val="2446A6"/>
        </w:rPr>
        <w:t>[nom du cours]</w:t>
      </w:r>
      <w:r>
        <w:rPr>
          <w:b w:val="0"/>
        </w:rPr>
        <w:t xml:space="preserve"> puis de son mémoire de licence intitulé « </w:t>
      </w:r>
      <w:r>
        <w:rPr>
          <w:b w:val="0"/>
          <w:color w:val="2446A6"/>
        </w:rPr>
        <w:t>[titre du mémoire]</w:t>
      </w:r>
      <w:r>
        <w:rPr>
          <w:b w:val="0"/>
        </w:rPr>
        <w:t xml:space="preserve"> ».</w:t>
      </w:r>
    </w:p>
    <w:p>
      <w:r>
        <w:rPr>
          <w:b w:val="0"/>
        </w:rPr>
        <w:t xml:space="preserve">Au cours de ces deux semestres, </w:t>
      </w:r>
      <w:r>
        <w:rPr>
          <w:b w:val="0"/>
          <w:color w:val="2446A6"/>
        </w:rPr>
        <w:t>[prénom]</w:t>
      </w:r>
      <w:r>
        <w:rPr>
          <w:b w:val="0"/>
        </w:rPr>
        <w:t xml:space="preserve"> a obtenu la note de </w:t>
      </w:r>
      <w:r>
        <w:rPr>
          <w:b w:val="0"/>
          <w:color w:val="2446A6"/>
        </w:rPr>
        <w:t>[note sur 20]</w:t>
      </w:r>
      <w:r>
        <w:rPr>
          <w:b w:val="0"/>
        </w:rPr>
        <w:t xml:space="preserve"> à l'épreuve de </w:t>
      </w:r>
      <w:r>
        <w:rPr>
          <w:b w:val="0"/>
          <w:color w:val="2446A6"/>
        </w:rPr>
        <w:t>[matière]</w:t>
      </w:r>
      <w:r>
        <w:rPr>
          <w:b w:val="0"/>
        </w:rPr>
        <w:t xml:space="preserve">, se classant parmi les </w:t>
      </w:r>
      <w:r>
        <w:rPr>
          <w:b w:val="0"/>
          <w:color w:val="2446A6"/>
        </w:rPr>
        <w:t>[rang]</w:t>
      </w:r>
      <w:r>
        <w:rPr>
          <w:b w:val="0"/>
        </w:rPr>
        <w:t xml:space="preserve"> meilleurs de la promotion. Son mémoire, qui portait sur </w:t>
      </w:r>
      <w:r>
        <w:rPr>
          <w:b w:val="0"/>
          <w:color w:val="2446A6"/>
        </w:rPr>
        <w:t>[sujet précis]</w:t>
      </w:r>
      <w:r>
        <w:rPr>
          <w:b w:val="0"/>
        </w:rPr>
        <w:t xml:space="preserve">, mobilisait </w:t>
      </w:r>
      <w:r>
        <w:rPr>
          <w:b w:val="0"/>
          <w:color w:val="2446A6"/>
        </w:rPr>
        <w:t>[outil ou méthode]</w:t>
      </w:r>
      <w:r>
        <w:rPr>
          <w:b w:val="0"/>
        </w:rPr>
        <w:t xml:space="preserve"> et a révélé une rigueur d'analyse rare.</w:t>
      </w:r>
    </w:p>
    <w:p>
      <w:r>
        <w:rPr>
          <w:b w:val="0"/>
        </w:rPr>
        <w:t xml:space="preserve">Lors du projet collectif </w:t>
      </w:r>
      <w:r>
        <w:rPr>
          <w:b w:val="0"/>
          <w:color w:val="2446A6"/>
        </w:rPr>
        <w:t>[nom du projet]</w:t>
      </w:r>
      <w:r>
        <w:rPr>
          <w:b w:val="0"/>
        </w:rPr>
        <w:t xml:space="preserve">, </w:t>
      </w:r>
      <w:r>
        <w:rPr>
          <w:b w:val="0"/>
          <w:color w:val="2446A6"/>
        </w:rPr>
        <w:t>[prénom]</w:t>
      </w:r>
      <w:r>
        <w:rPr>
          <w:b w:val="0"/>
        </w:rPr>
        <w:t xml:space="preserve"> a coordonné le travail de </w:t>
      </w:r>
      <w:r>
        <w:rPr>
          <w:b w:val="0"/>
          <w:color w:val="2446A6"/>
        </w:rPr>
        <w:t>[nombre]</w:t>
      </w:r>
      <w:r>
        <w:rPr>
          <w:b w:val="0"/>
        </w:rPr>
        <w:t xml:space="preserve"> camarades, arbitré un désaccord sur </w:t>
      </w:r>
      <w:r>
        <w:rPr>
          <w:b w:val="0"/>
          <w:color w:val="2446A6"/>
        </w:rPr>
        <w:t>[sujet]</w:t>
      </w:r>
      <w:r>
        <w:rPr>
          <w:b w:val="0"/>
        </w:rPr>
        <w:t xml:space="preserve"> et livré le rapport final </w:t>
      </w:r>
      <w:r>
        <w:rPr>
          <w:b w:val="0"/>
          <w:color w:val="2446A6"/>
        </w:rPr>
        <w:t>[nombre]</w:t>
      </w:r>
      <w:r>
        <w:rPr>
          <w:b w:val="0"/>
        </w:rPr>
        <w:t xml:space="preserve"> jours avant la date prévue.</w:t>
      </w:r>
    </w:p>
    <w:p>
      <w:r>
        <w:rPr>
          <w:b w:val="0"/>
        </w:rPr>
        <w:t xml:space="preserve">Pour ces raisons, je recommande sans réserve la candidature de </w:t>
      </w:r>
      <w:r>
        <w:rPr>
          <w:b w:val="0"/>
          <w:color w:val="2446A6"/>
        </w:rPr>
        <w:t>[prénom]</w:t>
      </w:r>
      <w:r>
        <w:rPr>
          <w:b w:val="0"/>
        </w:rPr>
        <w:t xml:space="preserve"> au </w:t>
      </w:r>
      <w:r>
        <w:rPr>
          <w:b w:val="0"/>
          <w:color w:val="2446A6"/>
        </w:rPr>
        <w:t>[nom du programme]</w:t>
      </w:r>
      <w:r>
        <w:rPr>
          <w:b w:val="0"/>
        </w:rPr>
        <w:t xml:space="preserve">. Sa capacité à </w:t>
      </w:r>
      <w:r>
        <w:rPr>
          <w:b w:val="0"/>
          <w:color w:val="2446A6"/>
        </w:rPr>
        <w:t>[compétence clé]</w:t>
      </w:r>
      <w:r>
        <w:rPr>
          <w:b w:val="0"/>
        </w:rPr>
        <w:t xml:space="preserve"> et son investissement dans </w:t>
      </w:r>
      <w:r>
        <w:rPr>
          <w:b w:val="0"/>
          <w:color w:val="2446A6"/>
        </w:rPr>
        <w:t>[domaine]</w:t>
      </w:r>
      <w:r>
        <w:rPr>
          <w:b w:val="0"/>
        </w:rPr>
        <w:t xml:space="preserve"> correspondent aux exigences de votre formation.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un étudiant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