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[Fonction]</w:t>
      </w:r>
    </w:p>
    <w:p>
      <w:pPr>
        <w:spacing w:after="0"/>
      </w:pPr>
      <w:r>
        <w:rPr>
          <w:b w:val="0"/>
          <w:color w:val="2446A6"/>
        </w:rPr>
        <w:t>[Adresse professionnelle]</w:t>
      </w:r>
    </w:p>
    <w:p>
      <w:pPr>
        <w:spacing w:after="0"/>
      </w:pPr>
      <w:r>
        <w:rPr>
          <w:b w:val="0"/>
          <w:color w:val="2446A6"/>
        </w:rPr>
        <w:t>[Email institutionnel]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  <w:color w:val="2446A6"/>
        </w:rPr>
        <w:t>[Responsable des admissions]</w:t>
      </w:r>
    </w:p>
    <w:p>
      <w:pPr>
        <w:spacing w:after="0"/>
        <w:jc w:val="right"/>
      </w:pPr>
      <w:r>
        <w:rPr>
          <w:b w:val="0"/>
          <w:color w:val="2446A6"/>
        </w:rPr>
        <w:t>[Master visé]</w:t>
      </w:r>
    </w:p>
    <w:p>
      <w:pPr>
        <w:spacing w:after="0"/>
        <w:jc w:val="right"/>
      </w:pPr>
      <w:r>
        <w:rPr>
          <w:b w:val="0"/>
          <w:color w:val="2446A6"/>
        </w:rPr>
        <w:t>[Université ou école]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Recommandation pour la candidature de </w:t>
      </w:r>
      <w:r>
        <w:rPr>
          <w:b/>
          <w:color w:val="2446A6"/>
        </w:rPr>
        <w:t>[Prénom Nom]</w:t>
      </w:r>
      <w:r>
        <w:rPr>
          <w:b/>
        </w:rPr>
        <w:t xml:space="preserve"> au master </w:t>
      </w:r>
      <w:r>
        <w:rPr>
          <w:b/>
          <w:color w:val="2446A6"/>
        </w:rPr>
        <w:t>[Intitulé du master]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souhaite recommander chaleureusement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pour son admission au master </w:t>
      </w:r>
      <w:r>
        <w:rPr>
          <w:b w:val="0"/>
          <w:color w:val="2446A6"/>
        </w:rPr>
        <w:t>[Intitulé du master]</w:t>
      </w:r>
      <w:r>
        <w:rPr>
          <w:b w:val="0"/>
        </w:rPr>
        <w:t xml:space="preserve"> au sein de votre établissement.</w:t>
      </w:r>
    </w:p>
    <w:p>
      <w:r>
        <w:rPr>
          <w:b w:val="0"/>
        </w:rPr>
        <w:t xml:space="preserve">J’ai encadré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durant </w:t>
      </w:r>
      <w:r>
        <w:rPr>
          <w:b w:val="0"/>
          <w:color w:val="2446A6"/>
        </w:rPr>
        <w:t>[deux années]</w:t>
      </w:r>
      <w:r>
        <w:rPr>
          <w:b w:val="0"/>
        </w:rPr>
        <w:t xml:space="preserve"> en tant que </w:t>
      </w:r>
      <w:r>
        <w:rPr>
          <w:b w:val="0"/>
          <w:color w:val="2446A6"/>
        </w:rPr>
        <w:t>[professeur de marketing]</w:t>
      </w:r>
      <w:r>
        <w:rPr>
          <w:b w:val="0"/>
        </w:rPr>
        <w:t xml:space="preserve"> à </w:t>
      </w:r>
      <w:r>
        <w:rPr>
          <w:b w:val="0"/>
          <w:color w:val="2446A6"/>
        </w:rPr>
        <w:t>[l’Université de X]</w:t>
      </w:r>
      <w:r>
        <w:rPr>
          <w:b w:val="0"/>
        </w:rPr>
        <w:t xml:space="preserve">. Dans ce cadre, j’ai pu évaluer son travail écrit à travers </w:t>
      </w:r>
      <w:r>
        <w:rPr>
          <w:b w:val="0"/>
          <w:color w:val="2446A6"/>
        </w:rPr>
        <w:t>[un mémoire de recherche]</w:t>
      </w:r>
      <w:r>
        <w:rPr>
          <w:b w:val="0"/>
        </w:rPr>
        <w:t xml:space="preserve"> noté </w:t>
      </w:r>
      <w:r>
        <w:rPr>
          <w:b w:val="0"/>
          <w:color w:val="2446A6"/>
        </w:rPr>
        <w:t>[16/20]</w:t>
      </w:r>
      <w:r>
        <w:rPr>
          <w:b w:val="0"/>
        </w:rPr>
        <w:t xml:space="preserve">.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démontré une capacité d’analyse rigoureuse et une aisance rédactionnelle remarquable, en produisant des synthèses claires et argumentées.</w:t>
      </w:r>
    </w:p>
    <w:p>
      <w:r>
        <w:rPr>
          <w:b w:val="0"/>
        </w:rPr>
        <w:t xml:space="preserve">Au-delà de ses résultats académiques,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a fait preuve d’une grande autonomie et d’un réel esprit d’initiative.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notamment </w:t>
      </w:r>
      <w:r>
        <w:rPr>
          <w:b w:val="0"/>
          <w:color w:val="2446A6"/>
        </w:rPr>
        <w:t>[organisé un cycle de conférences]</w:t>
      </w:r>
      <w:r>
        <w:rPr>
          <w:b w:val="0"/>
        </w:rPr>
        <w:t xml:space="preserve"> qui a été adopté par l’équipe. Son implication et sa curiosité intellectuelle sont des atouts que j’ai rarement observés chez un étudiant de ce niveau.</w:t>
      </w:r>
    </w:p>
    <w:p>
      <w:r>
        <w:rPr>
          <w:b w:val="0"/>
        </w:rPr>
        <w:t xml:space="preserve">Je suis convaincu que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saura tirer le meilleur profit de votre formation et y apporter une contribution significative. Ses qualités humaines, sa détermination et son goût pour le travail bien fait en font un candidat idéal pour ce master.</w:t>
      </w:r>
    </w:p>
    <w:p>
      <w:r>
        <w:rPr>
          <w:b w:val="0"/>
        </w:rPr>
        <w:t>Je me tiens à votre disposition pour tout renseignement complémentaire et vous prie d’agréer, Madame, Monsieur, l’expression de mes salutations distinguées.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pour un master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