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[Fonction, établissement ou entreprise]</w:t>
      </w:r>
    </w:p>
    <w:p>
      <w:pPr>
        <w:spacing w:after="0"/>
      </w:pPr>
      <w:r>
        <w:rPr>
          <w:b w:val="0"/>
          <w:color w:val="2446A6"/>
        </w:rPr>
        <w:t>[adresse e-mail]</w:t>
      </w:r>
      <w:r>
        <w:rPr>
          <w:b w:val="0"/>
        </w:rPr>
        <w:t xml:space="preserve"> —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Service des admissions</w:t>
      </w:r>
    </w:p>
    <w:p>
      <w:pPr>
        <w:spacing w:after="0"/>
        <w:jc w:val="right"/>
      </w:pPr>
      <w:r>
        <w:rPr>
          <w:b w:val="0"/>
          <w:color w:val="2446A6"/>
        </w:rPr>
        <w:t>[Nom de l'école ou de la formation]</w:t>
      </w:r>
    </w:p>
    <w:p>
      <w:pPr>
        <w:spacing w:after="0"/>
        <w:jc w:val="right"/>
      </w:pPr>
      <w:r>
        <w:rPr>
          <w:b w:val="0"/>
          <w:color w:val="2446A6"/>
        </w:rPr>
        <w:t>[adresse de l'école]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recommandation de </w:t>
      </w:r>
      <w:r>
        <w:rPr>
          <w:b/>
          <w:color w:val="2446A6"/>
        </w:rPr>
        <w:t>[Prénom Nom]</w:t>
      </w:r>
      <w:r>
        <w:rPr>
          <w:b/>
        </w:rPr>
        <w:t xml:space="preserve">, candidat à </w:t>
      </w:r>
      <w:r>
        <w:rPr>
          <w:b/>
          <w:color w:val="2446A6"/>
        </w:rPr>
        <w:t>[intitulé de la formation]</w:t>
      </w:r>
      <w:r>
        <w:rPr>
          <w:b/>
        </w:rPr>
        <w:t xml:space="preserve"> sur Parcoursup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suis </w:t>
      </w:r>
      <w:r>
        <w:rPr>
          <w:b w:val="0"/>
          <w:color w:val="2446A6"/>
        </w:rPr>
        <w:t>[professeur de mathématiques / responsable d'atelier]</w:t>
      </w:r>
      <w:r>
        <w:rPr>
          <w:b w:val="0"/>
        </w:rPr>
        <w:t xml:space="preserve"> de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au </w:t>
      </w:r>
      <w:r>
        <w:rPr>
          <w:b w:val="0"/>
          <w:color w:val="2446A6"/>
        </w:rPr>
        <w:t>[lycée ou centre de formation]</w:t>
      </w:r>
      <w:r>
        <w:rPr>
          <w:b w:val="0"/>
        </w:rPr>
        <w:t xml:space="preserve"> de </w:t>
      </w:r>
      <w:r>
        <w:rPr>
          <w:b w:val="0"/>
          <w:color w:val="2446A6"/>
        </w:rPr>
        <w:t>[ville]</w:t>
      </w:r>
      <w:r>
        <w:rPr>
          <w:b w:val="0"/>
        </w:rPr>
        <w:t xml:space="preserve">. Il figure parmi les </w:t>
      </w:r>
      <w:r>
        <w:rPr>
          <w:b w:val="0"/>
          <w:color w:val="2446A6"/>
        </w:rPr>
        <w:t>[quatre]</w:t>
      </w:r>
      <w:r>
        <w:rPr>
          <w:b w:val="0"/>
        </w:rPr>
        <w:t xml:space="preserve"> élèves de </w:t>
      </w:r>
      <w:r>
        <w:rPr>
          <w:b w:val="0"/>
          <w:color w:val="2446A6"/>
        </w:rPr>
        <w:t>[classe de terminale STI2D]</w:t>
      </w:r>
      <w:r>
        <w:rPr>
          <w:b w:val="0"/>
        </w:rPr>
        <w:t xml:space="preserve"> que je suis le plus régulièrement et je connais précisément son travail.</w:t>
      </w:r>
    </w:p>
    <w:p>
      <w:r>
        <w:rPr>
          <w:b w:val="0"/>
        </w:rPr>
        <w:t xml:space="preserve">Ses résultats en </w:t>
      </w:r>
      <w:r>
        <w:rPr>
          <w:b w:val="0"/>
          <w:color w:val="2446A6"/>
        </w:rPr>
        <w:t>[spécialité]</w:t>
      </w:r>
      <w:r>
        <w:rPr>
          <w:b w:val="0"/>
        </w:rPr>
        <w:t xml:space="preserve"> se situent autour de </w:t>
      </w:r>
      <w:r>
        <w:rPr>
          <w:b w:val="0"/>
          <w:color w:val="2446A6"/>
        </w:rPr>
        <w:t>[15/20]</w:t>
      </w:r>
      <w:r>
        <w:rPr>
          <w:b w:val="0"/>
        </w:rPr>
        <w:t xml:space="preserve"> et il a pris en charge, cette année, </w:t>
      </w:r>
      <w:r>
        <w:rPr>
          <w:b w:val="0"/>
          <w:color w:val="2446A6"/>
        </w:rPr>
        <w:t>[le projet de groupe sur la domotique du bâtiment]</w:t>
      </w:r>
      <w:r>
        <w:rPr>
          <w:b w:val="0"/>
        </w:rPr>
        <w:t xml:space="preserve">, présenté devant </w:t>
      </w:r>
      <w:r>
        <w:rPr>
          <w:b w:val="0"/>
          <w:color w:val="2446A6"/>
        </w:rPr>
        <w:t>[un jury de trois professionnels]</w:t>
      </w:r>
      <w:r>
        <w:rPr>
          <w:b w:val="0"/>
        </w:rPr>
        <w:t xml:space="preserve"> en </w:t>
      </w:r>
      <w:r>
        <w:rPr>
          <w:b w:val="0"/>
          <w:color w:val="2446A6"/>
        </w:rPr>
        <w:t>[mars]</w:t>
      </w:r>
      <w:r>
        <w:rPr>
          <w:b w:val="0"/>
        </w:rPr>
        <w:t>. Il a tenu le planning, réparti les tâches et repris seul la partie électronique quand un binôme a décroché.</w:t>
      </w:r>
    </w:p>
    <w:p>
      <w:r>
        <w:rPr>
          <w:b w:val="0"/>
        </w:rPr>
        <w:t xml:space="preserve">Lors de son stage de </w:t>
      </w:r>
      <w:r>
        <w:rPr>
          <w:b w:val="0"/>
          <w:color w:val="2446A6"/>
        </w:rPr>
        <w:t>[six semaines]</w:t>
      </w:r>
      <w:r>
        <w:rPr>
          <w:b w:val="0"/>
        </w:rPr>
        <w:t xml:space="preserve"> chez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son tuteur a relevé sa ponctualité et sa capacité à poser des questions utiles plutôt qu'à attendre qu'on lui montre. Il a rendu un compte rendu de </w:t>
      </w:r>
      <w:r>
        <w:rPr>
          <w:b w:val="0"/>
          <w:color w:val="2446A6"/>
        </w:rPr>
        <w:t>[douze pages]</w:t>
      </w:r>
      <w:r>
        <w:rPr>
          <w:b w:val="0"/>
        </w:rPr>
        <w:t xml:space="preserve"> avec des schémas exploitables par l'équipe.</w:t>
      </w:r>
    </w:p>
    <w:p>
      <w:r>
        <w:rPr>
          <w:b w:val="0"/>
        </w:rPr>
        <w:t xml:space="preserve">Votre formation en </w:t>
      </w:r>
      <w:r>
        <w:rPr>
          <w:b w:val="0"/>
          <w:color w:val="2446A6"/>
        </w:rPr>
        <w:t>[intitulé]</w:t>
      </w:r>
      <w:r>
        <w:rPr>
          <w:b w:val="0"/>
        </w:rPr>
        <w:t xml:space="preserve"> demande </w:t>
      </w:r>
      <w:r>
        <w:rPr>
          <w:b w:val="0"/>
          <w:color w:val="2446A6"/>
        </w:rPr>
        <w:t>[un travail personnel régulier et un goût pour la manipulation]</w:t>
      </w:r>
      <w:r>
        <w:rPr>
          <w:b w:val="0"/>
        </w:rPr>
        <w:t xml:space="preserve">. C'est exactement ce que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produit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: il rend ses travaux à l'heure, il recommence un montage raté sans se décourager et il aide ses camarades sans que cela lui soit demandé.</w:t>
      </w:r>
    </w:p>
    <w:p>
      <w:r>
        <w:rPr>
          <w:b w:val="0"/>
        </w:rPr>
        <w:t xml:space="preserve">Je soutiens sa candidature et reste disponible pour tout complément d'information, y compris par téléphone, au </w:t>
      </w:r>
      <w:r>
        <w:rPr>
          <w:b w:val="0"/>
          <w:color w:val="2446A6"/>
        </w:rPr>
        <w:t>[06 00 00 00 00]</w:t>
      </w:r>
      <w:r>
        <w:rPr>
          <w:b w:val="0"/>
        </w:rPr>
        <w:t>.</w:t>
      </w:r>
    </w:p>
    <w:p>
      <w:r>
        <w:rPr>
          <w:b w:val="0"/>
        </w:rPr>
        <w:t>Je vous prie d'agréer, Madame, Monsieur, l'expression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  <w:r>
        <w:rPr>
          <w:b w:val="0"/>
        </w:rPr>
        <w:br/>
      </w:r>
      <w:r>
        <w:rPr>
          <w:b w:val="0"/>
          <w:color w:val="2446A6"/>
        </w:rPr>
        <w:t>[Fonction]</w:t>
      </w:r>
      <w:r>
        <w:rPr>
          <w:b w:val="0"/>
        </w:rPr>
        <w:br/>
      </w:r>
      <w:r>
        <w:rPr>
          <w:b w:val="0"/>
          <w:color w:val="2446A6"/>
        </w:rPr>
        <w:t>[Établissement ou entreprise]</w:t>
      </w:r>
    </w:p>
    <w:p/>
    <w:p>
      <w:r>
        <w:rPr>
          <w:b w:val="0"/>
        </w:rPr>
        <w:t>Pièce jointe : relevé de notes du premier trimestre de terminale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Parcoursup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