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 du signataire]</w:t>
      </w:r>
    </w:p>
    <w:p>
      <w:pPr>
        <w:spacing w:after="0"/>
      </w:pPr>
      <w:r>
        <w:rPr>
          <w:b w:val="0"/>
          <w:color w:val="2446A6"/>
        </w:rPr>
        <w:t>[Poste occupé]</w:t>
      </w:r>
      <w:r>
        <w:rPr>
          <w:b w:val="0"/>
        </w:rPr>
        <w:t xml:space="preserve"> – </w:t>
      </w:r>
      <w:r>
        <w:rPr>
          <w:b w:val="0"/>
          <w:color w:val="2446A6"/>
        </w:rPr>
        <w:t>[Entreprise]</w:t>
      </w:r>
    </w:p>
    <w:p>
      <w:pPr>
        <w:spacing w:after="0"/>
      </w:pPr>
      <w:r>
        <w:rPr>
          <w:b w:val="0"/>
          <w:color w:val="2446A6"/>
        </w:rPr>
        <w:t>[Adresse professionnelle]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[00 00 00 00 00]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[adresse@email.com]</w:t>
      </w:r>
    </w:p>
    <w:p/>
    <w:p>
      <w:pPr>
        <w:spacing w:after="0"/>
        <w:jc w:val="right"/>
      </w:pPr>
      <w:r>
        <w:rPr>
          <w:b w:val="0"/>
          <w:color w:val="2446A6"/>
        </w:rPr>
        <w:t>[Nom de l’entreprise ou du recruteur]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</w:rPr>
        <w:t>À l’attention du responsable recrutement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Recommandation professionnelle de </w:t>
      </w:r>
      <w:r>
        <w:rPr>
          <w:b/>
          <w:color w:val="2446A6"/>
        </w:rPr>
        <w:t>[Prénom Nom du candidat]</w:t>
      </w:r>
      <w:r>
        <w:rPr>
          <w:b/>
        </w:rPr>
        <w:t xml:space="preserve"> pour le poste de </w:t>
      </w:r>
      <w:r>
        <w:rPr>
          <w:b/>
          <w:color w:val="2446A6"/>
        </w:rPr>
        <w:t>[intitulé du poste]</w:t>
      </w:r>
    </w:p>
    <w:p/>
    <w:p>
      <w:r>
        <w:rPr>
          <w:b w:val="0"/>
        </w:rPr>
        <w:t>Madame, Monsieur,</w:t>
      </w:r>
    </w:p>
    <w:p>
      <w:r>
        <w:rPr>
          <w:b w:val="0"/>
          <w:color w:val="2446A6"/>
        </w:rPr>
        <w:t>[Prénom Nom]</w:t>
      </w:r>
      <w:r>
        <w:rPr>
          <w:b w:val="0"/>
        </w:rPr>
        <w:t xml:space="preserve"> a intégré notre enterprise le </w:t>
      </w:r>
      <w:r>
        <w:rPr>
          <w:b w:val="0"/>
          <w:color w:val="2446A6"/>
        </w:rPr>
        <w:t>[date]</w:t>
      </w:r>
      <w:r>
        <w:rPr>
          <w:b w:val="0"/>
        </w:rPr>
        <w:t xml:space="preserve"> en qualité de </w:t>
      </w:r>
      <w:r>
        <w:rPr>
          <w:b w:val="0"/>
          <w:color w:val="2446A6"/>
        </w:rPr>
        <w:t>[poste]</w:t>
      </w:r>
      <w:r>
        <w:rPr>
          <w:b w:val="0"/>
        </w:rPr>
        <w:t xml:space="preserve">. Dès les premiers mois, </w:t>
      </w:r>
      <w:r>
        <w:rPr>
          <w:b w:val="0"/>
          <w:color w:val="2446A6"/>
        </w:rPr>
        <w:t>[il/elle]</w:t>
      </w:r>
      <w:r>
        <w:rPr>
          <w:b w:val="0"/>
        </w:rPr>
        <w:t xml:space="preserve"> a démontré une maîtrise rapide des outils internes et une autonomie dans le traitment des dossiers clients. Sur l’exercice </w:t>
      </w:r>
      <w:r>
        <w:rPr>
          <w:b w:val="0"/>
          <w:color w:val="2446A6"/>
        </w:rPr>
        <w:t>[année]</w:t>
      </w:r>
      <w:r>
        <w:rPr>
          <w:b w:val="0"/>
        </w:rPr>
        <w:t xml:space="preserve">, </w:t>
      </w:r>
      <w:r>
        <w:rPr>
          <w:b w:val="0"/>
          <w:color w:val="2446A6"/>
        </w:rPr>
        <w:t>[il/elle]</w:t>
      </w:r>
      <w:r>
        <w:rPr>
          <w:b w:val="0"/>
        </w:rPr>
        <w:t xml:space="preserve"> a contribué à </w:t>
      </w:r>
      <w:r>
        <w:rPr>
          <w:b w:val="0"/>
          <w:color w:val="2446A6"/>
        </w:rPr>
        <w:t>[réalisation chifrée : 35 signatures de nouvaux contats, soit 15 % de croissanc]</w:t>
      </w:r>
      <w:r>
        <w:rPr>
          <w:b w:val="0"/>
        </w:rPr>
        <w:t>.</w:t>
      </w:r>
    </w:p>
    <w:p>
      <w:r>
        <w:rPr>
          <w:b w:val="0"/>
        </w:rPr>
        <w:t xml:space="preserve">Au-delà des résultats, j’ai pu apprécier sa fiabilité dans les relacions avec les fournisseurs et sa capacité à former les novaux arrivants. Lors du salon </w:t>
      </w:r>
      <w:r>
        <w:rPr>
          <w:b w:val="0"/>
          <w:color w:val="2446A6"/>
        </w:rPr>
        <w:t>[nom]</w:t>
      </w:r>
      <w:r>
        <w:rPr>
          <w:b w:val="0"/>
        </w:rPr>
        <w:t xml:space="preserve">, </w:t>
      </w:r>
      <w:r>
        <w:rPr>
          <w:b w:val="0"/>
          <w:color w:val="2446A6"/>
        </w:rPr>
        <w:t>[il/elle]</w:t>
      </w:r>
      <w:r>
        <w:rPr>
          <w:b w:val="0"/>
        </w:rPr>
        <w:t xml:space="preserve"> a représenté l’entreprise en anglais et a décroché trois rendez-vous qualifiés avec des prospects internationaux.</w:t>
      </w:r>
    </w:p>
    <w:p>
      <w:r>
        <w:rPr>
          <w:b w:val="0"/>
        </w:rPr>
        <w:t xml:space="preserve">Cette letre s’appuie sur une colaboration quotidienne de </w:t>
      </w:r>
      <w:r>
        <w:rPr>
          <w:b w:val="0"/>
          <w:color w:val="2446A6"/>
        </w:rPr>
        <w:t>[durée]</w:t>
      </w:r>
      <w:r>
        <w:rPr>
          <w:b w:val="0"/>
        </w:rPr>
        <w:t xml:space="preserve"> mois au sein d’une équipe de </w:t>
      </w:r>
      <w:r>
        <w:rPr>
          <w:b w:val="0"/>
          <w:color w:val="2446A6"/>
        </w:rPr>
        <w:t>[taille]</w:t>
      </w:r>
      <w:r>
        <w:rPr>
          <w:b w:val="0"/>
        </w:rPr>
        <w:t xml:space="preserve"> personnes. Je suis convaincu que </w:t>
      </w:r>
      <w:r>
        <w:rPr>
          <w:b w:val="0"/>
          <w:color w:val="2446A6"/>
        </w:rPr>
        <w:t>[il/elle]</w:t>
      </w:r>
      <w:r>
        <w:rPr>
          <w:b w:val="0"/>
        </w:rPr>
        <w:t xml:space="preserve"> saura aportter les mêmes qualités à votre organisation. Je reste à votre disposition pour tout complémant d’information.</w:t>
      </w:r>
    </w:p>
    <w:p>
      <w:r>
        <w:rPr>
          <w:b w:val="0"/>
        </w:rPr>
        <w:t>Veuillez agréer, Madam,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[Signature]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professionnelle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