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val="0"/>
          <w:color w:val="2446A6"/>
        </w:rPr>
        <w:t>[Prénom Nom]</w:t>
      </w:r>
    </w:p>
    <w:p>
      <w:pPr>
        <w:spacing w:after="0"/>
      </w:pPr>
      <w:r>
        <w:rPr>
          <w:b w:val="0"/>
          <w:color w:val="2446A6"/>
        </w:rPr>
        <w:t>[Adresse]</w:t>
      </w:r>
    </w:p>
    <w:p>
      <w:pPr>
        <w:spacing w:after="0"/>
      </w:pPr>
      <w:r>
        <w:rPr>
          <w:b w:val="0"/>
          <w:color w:val="2446A6"/>
        </w:rPr>
        <w:t>[Code postal Ville]</w:t>
      </w:r>
    </w:p>
    <w:p>
      <w:pPr>
        <w:spacing w:after="0"/>
      </w:pPr>
      <w:r>
        <w:rPr>
          <w:b w:val="0"/>
          <w:color w:val="2446A6"/>
        </w:rPr>
        <w:t>[Téléphone]</w:t>
      </w:r>
    </w:p>
    <w:p>
      <w:pPr>
        <w:spacing w:after="0"/>
      </w:pPr>
      <w:r>
        <w:rPr>
          <w:b w:val="0"/>
          <w:color w:val="2446A6"/>
        </w:rPr>
        <w:t>[Email]</w:t>
      </w:r>
    </w:p>
    <w:p/>
    <w:p>
      <w:pPr>
        <w:spacing w:after="0"/>
        <w:jc w:val="right"/>
      </w:pPr>
      <w:r>
        <w:rPr>
          <w:b w:val="0"/>
          <w:color w:val="2446A6"/>
        </w:rPr>
        <w:t>[Nom de l'entreprise]</w:t>
      </w:r>
    </w:p>
    <w:p>
      <w:pPr>
        <w:spacing w:after="0"/>
        <w:jc w:val="right"/>
      </w:pPr>
      <w:r>
        <w:rPr>
          <w:b w:val="0"/>
        </w:rPr>
        <w:t>Service du personnel</w:t>
      </w:r>
    </w:p>
    <w:p>
      <w:pPr>
        <w:spacing w:after="0"/>
        <w:jc w:val="right"/>
      </w:pPr>
      <w:r>
        <w:rPr>
          <w:b w:val="0"/>
          <w:color w:val="2446A6"/>
        </w:rPr>
        <w:t>[Adresse]</w:t>
      </w:r>
    </w:p>
    <w:p>
      <w:pPr>
        <w:spacing w:after="0"/>
        <w:jc w:val="right"/>
      </w:pPr>
      <w:r>
        <w:rPr>
          <w:b w:val="0"/>
          <w:color w:val="2446A6"/>
        </w:rPr>
        <w:t>[Code postal Ville]</w:t>
      </w:r>
    </w:p>
    <w:p/>
    <w:p>
      <w:pPr>
        <w:jc w:val="right"/>
      </w:pPr>
      <w:r>
        <w:rPr>
          <w:b w:val="0"/>
        </w:rPr>
        <w:t xml:space="preserve">À </w:t>
      </w:r>
      <w:r>
        <w:rPr>
          <w:b w:val="0"/>
          <w:color w:val="2446A6"/>
        </w:rPr>
        <w:t>[ville]</w:t>
      </w:r>
      <w:r>
        <w:rPr>
          <w:b w:val="0"/>
        </w:rPr>
        <w:t xml:space="preserve">, le </w:t>
      </w:r>
      <w:r>
        <w:rPr>
          <w:b w:val="0"/>
          <w:color w:val="2446A6"/>
        </w:rPr>
        <w:t>[date]</w:t>
      </w:r>
    </w:p>
    <w:p>
      <w:pPr>
        <w:spacing w:after="0"/>
      </w:pPr>
      <w:r>
        <w:rPr>
          <w:b/>
        </w:rPr>
        <w:t>Lettre recommandée avec accusé de réception</w:t>
      </w:r>
    </w:p>
    <w:p>
      <w:r>
        <w:rPr>
          <w:b/>
        </w:rPr>
        <w:t>Objet : Demande de rupture conventionnelle de mon contrat de travail à durée indéterminée</w:t>
      </w:r>
    </w:p>
    <w:p/>
    <w:p>
      <w:r>
        <w:rPr>
          <w:b w:val="0"/>
        </w:rPr>
        <w:t>Madame, Monsieur,</w:t>
      </w:r>
    </w:p>
    <w:p>
      <w:r>
        <w:rPr>
          <w:b w:val="0"/>
        </w:rPr>
        <w:t xml:space="preserve">Titulaire d’un contrat à durée indéterminée conclu le </w:t>
      </w:r>
      <w:r>
        <w:rPr>
          <w:b w:val="0"/>
          <w:color w:val="2446A6"/>
        </w:rPr>
        <w:t>[date de début du contrat]</w:t>
      </w:r>
      <w:r>
        <w:rPr>
          <w:b w:val="0"/>
        </w:rPr>
        <w:t xml:space="preserve"> et occupant le poste de </w:t>
      </w:r>
      <w:r>
        <w:rPr>
          <w:b w:val="0"/>
          <w:color w:val="2446A6"/>
        </w:rPr>
        <w:t>[intitulé du poste]</w:t>
      </w:r>
      <w:r>
        <w:rPr>
          <w:b w:val="0"/>
        </w:rPr>
        <w:t>, je vous adresse cette demande de rupture conventionnelle, conformément aux articles L. 1237-11 et suivants du Code du travail.</w:t>
      </w:r>
    </w:p>
    <w:p>
      <w:r>
        <w:rPr>
          <w:b w:val="0"/>
        </w:rPr>
        <w:t xml:space="preserve">Après </w:t>
      </w:r>
      <w:r>
        <w:rPr>
          <w:b w:val="0"/>
          <w:color w:val="2446A6"/>
        </w:rPr>
        <w:t>[nombre d’années]</w:t>
      </w:r>
      <w:r>
        <w:rPr>
          <w:b w:val="0"/>
        </w:rPr>
        <w:t xml:space="preserve"> années au sein de </w:t>
      </w:r>
      <w:r>
        <w:rPr>
          <w:b w:val="0"/>
          <w:color w:val="2446A6"/>
        </w:rPr>
        <w:t>[nom de l’entreprise]</w:t>
      </w:r>
      <w:r>
        <w:rPr>
          <w:b w:val="0"/>
        </w:rPr>
        <w:t>, je souhaite engager avec vous une négociation afin de convenir des conditions de mon départ. La rupture conventionnelle permet de rompre le contrat de travail d’un commun accord, dans un cadre légal qui garantit au salarié le versement de l’allocation d’aide au retour à l’emploi, sous réserve de remplir les conditions requises.</w:t>
      </w:r>
    </w:p>
    <w:p>
      <w:r>
        <w:rPr>
          <w:b w:val="0"/>
        </w:rPr>
        <w:t xml:space="preserve">Je vous propose de nous rencontrer lors d’un entretien, à une date qui vous conviendra, pour évoquer les modalités de cette rupture : date envisagée de fin de contrat, montant de l’indemnité spécifique de rupture conventionnelle, et éventuelles conditions particulières liées à mon poste. Je reste disponible à partir du </w:t>
      </w:r>
      <w:r>
        <w:rPr>
          <w:b w:val="0"/>
          <w:color w:val="2446A6"/>
        </w:rPr>
        <w:t>[date de disponibilité]</w:t>
      </w:r>
      <w:r>
        <w:rPr>
          <w:b w:val="0"/>
        </w:rPr>
        <w:t>.</w:t>
      </w:r>
    </w:p>
    <w:p>
      <w:r>
        <w:rPr>
          <w:b w:val="0"/>
        </w:rPr>
        <w:t>Dans l’attente de votre réponse, je vous remercie de bien vouloir me proposer une date d’entretien.</w:t>
      </w:r>
    </w:p>
    <w:p>
      <w:r>
        <w:rPr>
          <w:b w:val="0"/>
        </w:rPr>
        <w:t>Je vous prie d’agréer, Madame, Monsieur, l’expression de mes salutations distinguées.</w:t>
      </w:r>
    </w:p>
    <w:p/>
    <w:p>
      <w:pPr>
        <w:jc w:val="right"/>
      </w:pPr>
      <w:r>
        <w:rPr>
          <w:b w:val="0"/>
          <w:color w:val="2446A6"/>
        </w:rPr>
        <w:t>[Prénom Nom]</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Lettre de rupture conventionnelle</dc:title>
  <dc:subject/>
  <dc:creator/>
  <cp:keywords/>
  <dc:description/>
  <cp:lastModifiedBy/>
  <cp:revision>1</cp:revision>
  <dcterms:created xsi:type="dcterms:W3CDTF">2013-12-23T23:15:00Z</dcterms:created>
  <dcterms:modified xsi:type="dcterms:W3CDTF">2013-12-23T23:15:00Z</dcterms:modified>
  <cp:category/>
</cp:coreProperties>
</file>