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Ma chère Caroline,</w:t>
      </w:r>
    </w:p>
    <w:p>
      <w:r>
        <w:rPr>
          <w:b w:val="0"/>
        </w:rPr>
        <w:t xml:space="preserve">Je n'aurais pas dû laisser passer </w:t>
      </w:r>
      <w:r>
        <w:rPr>
          <w:b w:val="0"/>
          <w:color w:val="2446A6"/>
        </w:rPr>
        <w:t>[ton anniversaire]</w:t>
      </w:r>
      <w:r>
        <w:rPr>
          <w:b w:val="0"/>
        </w:rPr>
        <w:t xml:space="preserve">, ni te répondre aussi sèchement quand tu m'as rappelé que je te manquais. Depuis </w:t>
      </w:r>
      <w:r>
        <w:rPr>
          <w:b w:val="0"/>
          <w:color w:val="2446A6"/>
        </w:rPr>
        <w:t>[samedi soir]</w:t>
      </w:r>
      <w:r>
        <w:rPr>
          <w:b w:val="0"/>
        </w:rPr>
        <w:t xml:space="preserve">, je repense à </w:t>
      </w:r>
      <w:r>
        <w:rPr>
          <w:b w:val="0"/>
          <w:color w:val="2446A6"/>
        </w:rPr>
        <w:t>[notre conversation dans la cuisine]</w:t>
      </w:r>
      <w:r>
        <w:rPr>
          <w:b w:val="0"/>
        </w:rPr>
        <w:t xml:space="preserve"> et je mesure la peine que je t'ai faite.</w:t>
      </w:r>
    </w:p>
    <w:p>
      <w:r>
        <w:rPr>
          <w:b w:val="0"/>
        </w:rPr>
        <w:t xml:space="preserve">Tu sais que je tiens à toi comme à ma sœur : </w:t>
      </w:r>
      <w:r>
        <w:rPr>
          <w:b w:val="0"/>
          <w:color w:val="2446A6"/>
        </w:rPr>
        <w:t>[notre été à Quiberon]</w:t>
      </w:r>
      <w:r>
        <w:rPr>
          <w:b w:val="0"/>
        </w:rPr>
        <w:t xml:space="preserve">, les fous rires sur la digue, tout cela compte plus que mes justifications. J'ai eu tort de faire passer </w:t>
      </w:r>
      <w:r>
        <w:rPr>
          <w:b w:val="0"/>
          <w:color w:val="2446A6"/>
        </w:rPr>
        <w:t>[mon dossier au travail]</w:t>
      </w:r>
      <w:r>
        <w:rPr>
          <w:b w:val="0"/>
        </w:rPr>
        <w:t xml:space="preserve"> avant ce moment important.</w:t>
      </w:r>
    </w:p>
    <w:p>
      <w:r>
        <w:rPr>
          <w:b w:val="0"/>
        </w:rPr>
        <w:t xml:space="preserve">Pour me faire pardonner, je te propose de venir déjeuner </w:t>
      </w:r>
      <w:r>
        <w:rPr>
          <w:b w:val="0"/>
          <w:color w:val="2446A6"/>
        </w:rPr>
        <w:t>[dimanche prochain à la maison]</w:t>
      </w:r>
      <w:r>
        <w:rPr>
          <w:b w:val="0"/>
        </w:rPr>
        <w:t xml:space="preserve">. Je préparerai </w:t>
      </w:r>
      <w:r>
        <w:rPr>
          <w:b w:val="0"/>
          <w:color w:val="2446A6"/>
        </w:rPr>
        <w:t>[ta tarte aux pommes]</w:t>
      </w:r>
      <w:r>
        <w:rPr>
          <w:b w:val="0"/>
        </w:rPr>
        <w:t xml:space="preserve"> et on pourra regarder les photos de </w:t>
      </w:r>
      <w:r>
        <w:rPr>
          <w:b w:val="0"/>
          <w:color w:val="2446A6"/>
        </w:rPr>
        <w:t>[Quiberon]</w:t>
      </w:r>
      <w:r>
        <w:rPr>
          <w:b w:val="0"/>
        </w:rPr>
        <w:t xml:space="preserve"> si tu le veux. Si tu préfères un autre jour, dis-le-moi.</w:t>
      </w:r>
    </w:p>
    <w:p>
      <w:r>
        <w:rPr>
          <w:b w:val="0"/>
        </w:rPr>
        <w:t>Je te demande pardon, Caroline. Ta présence dans ma vie est précieuse, et je ne veux pas que cette brouille dure.</w:t>
      </w:r>
    </w:p>
    <w:p>
      <w:r>
        <w:rPr>
          <w:b w:val="0"/>
        </w:rPr>
        <w:t>Avec toute mon affection,</w:t>
      </w:r>
    </w:p>
    <w:p/>
    <w:p>
      <w:pPr>
        <w:jc w:val="right"/>
      </w:pPr>
      <w:r>
        <w:rPr>
          <w:b w:val="0"/>
          <w:color w:val="2446A6"/>
        </w:rPr>
        <w:t>[Prénom]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d'excuses à un proche : comment bien s'excuser par écrit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