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[Nom de l'entreprise]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spacing w:after="0"/>
        <w:jc w:val="right"/>
      </w:pPr>
      <w:r>
        <w:rPr>
          <w:b w:val="0"/>
          <w:color w:val="2446A6"/>
        </w:rPr>
        <w:t>[Prénom]</w:t>
      </w:r>
      <w:r>
        <w:rPr>
          <w:b w:val="0"/>
        </w:rPr>
        <w:t xml:space="preserve"> </w:t>
      </w:r>
      <w:r>
        <w:rPr>
          <w:b w:val="0"/>
          <w:color w:val="2446A6"/>
        </w:rPr>
        <w:t>[Nom]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 octobre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Rupture de votre période d’essai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Vous avez été embauché(e) au sein de notre entreprise le </w:t>
      </w:r>
      <w:r>
        <w:rPr>
          <w:b w:val="0"/>
          <w:color w:val="2446A6"/>
        </w:rPr>
        <w:t>[1er septembre 2026]</w:t>
      </w:r>
      <w:r>
        <w:rPr>
          <w:b w:val="0"/>
        </w:rPr>
        <w:t xml:space="preserve"> dans le cadre d’un contrat de travail à durée indéterminée, avec une période d’essai de </w:t>
      </w:r>
      <w:r>
        <w:rPr>
          <w:b w:val="0"/>
          <w:color w:val="2446A6"/>
        </w:rPr>
        <w:t>[deux mois]</w:t>
      </w:r>
      <w:r>
        <w:rPr>
          <w:b w:val="0"/>
        </w:rPr>
        <w:t>. En vertu de l’article L. 1221-25 du Code du travail, nous vous informons par la présente de notre décision de mettre fin à cette période d’essai.</w:t>
      </w:r>
    </w:p>
    <w:p>
      <w:r>
        <w:rPr>
          <w:b w:val="0"/>
        </w:rPr>
        <w:t xml:space="preserve">Conformément aux dispositions légales et à la convention collective applicable </w:t>
      </w:r>
      <w:r>
        <w:rPr>
          <w:b w:val="0"/>
          <w:color w:val="2446A6"/>
        </w:rPr>
        <w:t>[IDCC 2098]</w:t>
      </w:r>
      <w:r>
        <w:rPr>
          <w:b w:val="0"/>
        </w:rPr>
        <w:t xml:space="preserve">, votre présence dans l’entreprise étant de </w:t>
      </w:r>
      <w:r>
        <w:rPr>
          <w:b w:val="0"/>
          <w:color w:val="2446A6"/>
        </w:rPr>
        <w:t>[28 jours]</w:t>
      </w:r>
      <w:r>
        <w:rPr>
          <w:b w:val="0"/>
        </w:rPr>
        <w:t xml:space="preserve">, vous bénéficiez d’un délai de prévenance de </w:t>
      </w:r>
      <w:r>
        <w:rPr>
          <w:b w:val="0"/>
          <w:color w:val="2446A6"/>
        </w:rPr>
        <w:t>[48 heures]</w:t>
      </w:r>
      <w:r>
        <w:rPr>
          <w:b w:val="0"/>
        </w:rPr>
        <w:t xml:space="preserve">. Ce délai débute à la date de première présentation de ce courrier recommandé, soit le </w:t>
      </w:r>
      <w:r>
        <w:rPr>
          <w:b w:val="0"/>
          <w:color w:val="2446A6"/>
        </w:rPr>
        <w:t>[2 octobre 2026]</w:t>
      </w:r>
      <w:r>
        <w:rPr>
          <w:b w:val="0"/>
        </w:rPr>
        <w:t xml:space="preserve">. Votre contrat prendra donc fin le </w:t>
      </w:r>
      <w:r>
        <w:rPr>
          <w:b w:val="0"/>
          <w:color w:val="2446A6"/>
        </w:rPr>
        <w:t>[4 octobre 2026]</w:t>
      </w:r>
      <w:r>
        <w:rPr>
          <w:b w:val="0"/>
        </w:rPr>
        <w:t xml:space="preserve"> au soir. Durant cette période, vous serez dispensé(e) d’activité ; votre rémunération habituelle vous sera toutefois versée.</w:t>
      </w:r>
    </w:p>
    <w:p>
      <w:r>
        <w:rPr>
          <w:b w:val="0"/>
        </w:rPr>
        <w:t xml:space="preserve">À l’issue de votre contrat, nous tiendrons à votre disposition votre solde de tout compte, votre certificat de travail et l’attestation destinée à Pôle emploi. Nous vous invitons à restituer le matériel professionnel en votre possession lors de votre dernière visite dans nos locaux, le </w:t>
      </w:r>
      <w:r>
        <w:rPr>
          <w:b w:val="0"/>
          <w:color w:val="2446A6"/>
        </w:rPr>
        <w:t>[4 octobre 2026]</w:t>
      </w:r>
      <w:r>
        <w:rPr>
          <w:b w:val="0"/>
        </w:rPr>
        <w:t xml:space="preserve"> avant 17 heures.</w:t>
      </w:r>
    </w:p>
    <w:p>
      <w:r>
        <w:rPr>
          <w:b w:val="0"/>
        </w:rPr>
        <w:t>Nous vous prions d’agréer, Madame, Monsieur, l’expression de nos salutations distinguées.</w:t>
      </w:r>
    </w:p>
    <w:p/>
    <w:p>
      <w:pPr>
        <w:jc w:val="right"/>
      </w:pPr>
      <w:r>
        <w:rPr>
          <w:b w:val="0"/>
          <w:color w:val="2446A6"/>
        </w:rPr>
        <w:t>[Valérie Dupont]</w:t>
      </w:r>
      <w:r>
        <w:rPr>
          <w:b w:val="0"/>
        </w:rPr>
        <w:t xml:space="preserve">, </w:t>
      </w:r>
      <w:r>
        <w:rPr>
          <w:b w:val="0"/>
          <w:color w:val="2446A6"/>
        </w:rPr>
        <w:t>[Responsable Ressources Humaines]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fin de période d'essai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