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Ma petite maman,</w:t>
      </w:r>
    </w:p>
    <w:p>
      <w:r>
        <w:rPr>
          <w:b w:val="0"/>
        </w:rPr>
        <w:t xml:space="preserve">Depuis que tu es partie, je pense à </w:t>
      </w:r>
      <w:r>
        <w:rPr>
          <w:b w:val="0"/>
          <w:color w:val="2446A6"/>
        </w:rPr>
        <w:t>[le dimanche après la messe]</w:t>
      </w:r>
      <w:r>
        <w:rPr>
          <w:b w:val="0"/>
        </w:rPr>
        <w:t>, quand tu sortais ta fameuse tarte aux pommes et que toute la maison sentait la cannelle. Je ne te l'ai jamais dit, mais j'attendais ce moment toute la semaine.</w:t>
      </w:r>
    </w:p>
    <w:p>
      <w:r>
        <w:rPr>
          <w:b w:val="0"/>
        </w:rPr>
        <w:t xml:space="preserve">Merci pour </w:t>
      </w:r>
      <w:r>
        <w:rPr>
          <w:b w:val="0"/>
          <w:color w:val="2446A6"/>
        </w:rPr>
        <w:t>[le plaid écossais que tu posais sur mes genoux quand je lisais dans le canapé]</w:t>
      </w:r>
      <w:r>
        <w:rPr>
          <w:b w:val="0"/>
        </w:rPr>
        <w:t>. Tu le trouvais toujours une seconde avant que je n'aie froid. Ce geste-là, je le refais maintenant avec mes petits-enfants, et je pense à toi à chaque fois.</w:t>
      </w:r>
    </w:p>
    <w:p>
      <w:r>
        <w:rPr>
          <w:b w:val="0"/>
        </w:rPr>
        <w:t xml:space="preserve">Je regrette de ne pas t'avoir demandé plus souvent de me raconter </w:t>
      </w:r>
      <w:r>
        <w:rPr>
          <w:b w:val="0"/>
          <w:color w:val="2446A6"/>
        </w:rPr>
        <w:t>[ton enfance dans le Cantal, avec les vaches et les foins]</w:t>
      </w:r>
      <w:r>
        <w:rPr>
          <w:b w:val="0"/>
        </w:rPr>
        <w:t>. Il y a des questions qui me viennent maintenant et auxquelles tu ne pourras plus répondre. J'écris quand même, pour que tes mots ne s'effacent pas.</w:t>
      </w:r>
    </w:p>
    <w:p>
      <w:r>
        <w:rPr>
          <w:b w:val="0"/>
        </w:rPr>
        <w:t>Ton rire quand tu perdais aux cartes, ta façon de dire « on verra bien » quand tout allait mal, tes mains qui pétrissaient la pâte le samedi soir : je garde tout cela au chaud. Tu restes dans mes dimanches, dans mes cuisines, dans mes silences.</w:t>
      </w:r>
    </w:p>
    <w:p>
      <w:r>
        <w:rPr>
          <w:b w:val="0"/>
        </w:rPr>
        <w:t>Je t'aime, maman. Repose-toi.</w:t>
      </w:r>
    </w:p>
    <w:p>
      <w:r>
        <w:rPr>
          <w:b w:val="0"/>
        </w:rPr>
        <w:t>Je t'embrasse fort, là où tu 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à sa maman décédée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