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Monsieur le Directeur</w:t>
      </w:r>
    </w:p>
    <w:p>
      <w:pPr>
        <w:spacing w:after="0"/>
        <w:jc w:val="right"/>
      </w:pPr>
      <w:r>
        <w:rPr>
          <w:b w:val="0"/>
        </w:rPr>
        <w:t>Centre de gestion de la fonction publique territoriale</w:t>
      </w:r>
    </w:p>
    <w:p>
      <w:pPr>
        <w:spacing w:after="0"/>
        <w:jc w:val="right"/>
      </w:pPr>
      <w:r>
        <w:rPr>
          <w:b w:val="0"/>
        </w:rPr>
        <w:t>14 rue du Port, 69009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d'agent administratif (référence </w:t>
      </w:r>
      <w:r>
        <w:rPr>
          <w:b/>
          <w:color w:val="2446A6"/>
        </w:rPr>
        <w:t>[2026-ADM-114]</w:t>
      </w:r>
      <w:r>
        <w:rPr>
          <w:b/>
        </w:rPr>
        <w:t>)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Votre offre publiée sur </w:t>
      </w:r>
      <w:r>
        <w:rPr>
          <w:b w:val="0"/>
          <w:color w:val="2446A6"/>
        </w:rPr>
        <w:t>[le portail de l'emploi territorial]</w:t>
      </w:r>
      <w:r>
        <w:rPr>
          <w:b w:val="0"/>
        </w:rPr>
        <w:t xml:space="preserve"> pour un poste d'agent administratif au service </w:t>
      </w:r>
      <w:r>
        <w:rPr>
          <w:b w:val="0"/>
          <w:color w:val="2446A6"/>
        </w:rPr>
        <w:t>[gestion des ressources humaines]</w:t>
      </w:r>
      <w:r>
        <w:rPr>
          <w:b w:val="0"/>
        </w:rPr>
        <w:t xml:space="preserve"> a retenu mon attention : elle correspond au travail de traitement de dossiers et de tenue de registres que j'exerce depuis </w:t>
      </w:r>
      <w:r>
        <w:rPr>
          <w:b w:val="0"/>
          <w:color w:val="2446A6"/>
        </w:rPr>
        <w:t>[quatre ans]</w:t>
      </w:r>
      <w:r>
        <w:rPr>
          <w:b w:val="0"/>
        </w:rPr>
        <w:t>.</w:t>
      </w:r>
    </w:p>
    <w:p>
      <w:r>
        <w:rPr>
          <w:b w:val="0"/>
        </w:rPr>
        <w:t xml:space="preserve">En poste chez </w:t>
      </w:r>
      <w:r>
        <w:rPr>
          <w:b w:val="0"/>
          <w:color w:val="2446A6"/>
        </w:rPr>
        <w:t>[Nom de l'employeur]</w:t>
      </w:r>
      <w:r>
        <w:rPr>
          <w:b w:val="0"/>
        </w:rPr>
        <w:t xml:space="preserve">, je saisis chaque semaine </w:t>
      </w:r>
      <w:r>
        <w:rPr>
          <w:b w:val="0"/>
          <w:color w:val="2446A6"/>
        </w:rPr>
        <w:t>[entre 120 et 150 demandes de congés]</w:t>
      </w:r>
      <w:r>
        <w:rPr>
          <w:b w:val="0"/>
        </w:rPr>
        <w:t xml:space="preserve"> dans </w:t>
      </w:r>
      <w:r>
        <w:rPr>
          <w:b w:val="0"/>
          <w:color w:val="2446A6"/>
        </w:rPr>
        <w:t>[logiciel RH]</w:t>
      </w:r>
      <w:r>
        <w:rPr>
          <w:b w:val="0"/>
        </w:rPr>
        <w:t xml:space="preserve">, je contrôle les pièces justificatives et je relance par écrit les agents dont le dossier est incomplet. J'ai mis en place un tableau de suivi qui a ramené de </w:t>
      </w:r>
      <w:r>
        <w:rPr>
          <w:b w:val="0"/>
          <w:color w:val="2446A6"/>
        </w:rPr>
        <w:t>[dix jours à trois jours]</w:t>
      </w:r>
      <w:r>
        <w:rPr>
          <w:b w:val="0"/>
        </w:rPr>
        <w:t xml:space="preserve"> le délai moyen de traitement des remboursements de frais.</w:t>
      </w:r>
    </w:p>
    <w:p>
      <w:r>
        <w:rPr>
          <w:b w:val="0"/>
        </w:rPr>
        <w:t xml:space="preserve">Je maîtrise Word, Excel (tableaux croisés dynamiques, recherchev) et la messagerie professionnelle, et j'ai suivi en </w:t>
      </w:r>
      <w:r>
        <w:rPr>
          <w:b w:val="0"/>
          <w:color w:val="2446A6"/>
        </w:rPr>
        <w:t>[2025]</w:t>
      </w:r>
      <w:r>
        <w:rPr>
          <w:b w:val="0"/>
        </w:rPr>
        <w:t xml:space="preserve"> une formation de </w:t>
      </w:r>
      <w:r>
        <w:rPr>
          <w:b w:val="0"/>
          <w:color w:val="2446A6"/>
        </w:rPr>
        <w:t>[deux jours]</w:t>
      </w:r>
      <w:r>
        <w:rPr>
          <w:b w:val="0"/>
        </w:rPr>
        <w:t xml:space="preserve"> sur la dématérialisation des actes administratifs. La rédaction de courriers, la gestion d'un courrier entrant et sortant et l'accueil téléphonique font partie de mon quotidien.</w:t>
      </w:r>
    </w:p>
    <w:p>
      <w:r>
        <w:rPr>
          <w:b w:val="0"/>
        </w:rPr>
        <w:t xml:space="preserve">Disponible pour prendre mes fonctions au </w:t>
      </w:r>
      <w:r>
        <w:rPr>
          <w:b w:val="0"/>
          <w:color w:val="2446A6"/>
        </w:rPr>
        <w:t>[1er novembre 2026]</w:t>
      </w:r>
      <w:r>
        <w:rPr>
          <w:b w:val="0"/>
        </w:rPr>
        <w:t>, je me tiens à votre disposition pour un entretien et pour un test pratique sur tableur si vous le jugez utile.</w:t>
      </w:r>
    </w:p>
    <w:p>
      <w:r>
        <w:rPr>
          <w:b w:val="0"/>
        </w:rPr>
        <w:t>Je vous prie d'agréer, Madame, Monsieur, l'expression de ma considération distinguée.</w:t>
      </w:r>
    </w:p>
    <w:p>
      <w:r>
        <w:rPr>
          <w:b w:val="0"/>
        </w:rPr>
        <w:t>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curriculum vitae, copie du </w:t>
      </w:r>
      <w:r>
        <w:rPr>
          <w:b w:val="0"/>
          <w:color w:val="2446A6"/>
        </w:rPr>
        <w:t>[BTS Gestion de la PME]</w:t>
      </w:r>
      <w:r>
        <w:rPr>
          <w:b w:val="0"/>
        </w:rPr>
        <w:t>, dernier arrêté de nomination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administratif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