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 postale]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[Adresse e-mail]</w:t>
      </w:r>
    </w:p>
    <w:p/>
    <w:p>
      <w:pPr>
        <w:spacing w:after="0"/>
        <w:jc w:val="right"/>
      </w:pPr>
      <w:r>
        <w:rPr>
          <w:b w:val="0"/>
        </w:rPr>
        <w:t>Service recrutement</w:t>
      </w:r>
    </w:p>
    <w:p>
      <w:pPr>
        <w:spacing w:after="0"/>
        <w:jc w:val="right"/>
      </w:pPr>
      <w:r>
        <w:rPr>
          <w:b w:val="0"/>
          <w:color w:val="2446A6"/>
        </w:rPr>
        <w:t>[Nom de l'entreprise de sécurité ou du magasin]</w:t>
      </w:r>
    </w:p>
    <w:p>
      <w:pPr>
        <w:spacing w:after="0"/>
        <w:jc w:val="right"/>
      </w:pPr>
      <w:r>
        <w:rPr>
          <w:b w:val="0"/>
          <w:color w:val="2446A6"/>
        </w:rPr>
        <w:t>[Adresse de l'entreprise]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r>
        <w:rPr>
          <w:b/>
        </w:rPr>
        <w:t>Objet : Candidature au poste d’agent de sécurité</w:t>
      </w:r>
    </w:p>
    <w:p/>
    <w:p>
      <w:r>
        <w:rPr>
          <w:b w:val="0"/>
        </w:rPr>
        <w:t>Madame, Monsieur,</w:t>
      </w:r>
    </w:p>
    <w:p>
      <w:r>
        <w:rPr>
          <w:b w:val="0"/>
        </w:rPr>
        <w:t>Titulaire de la carte professionnelle délivrée par le CNAPS (</w:t>
      </w:r>
      <w:r>
        <w:rPr>
          <w:b w:val="0"/>
          <w:color w:val="2446A6"/>
        </w:rPr>
        <w:t>[numéro de carte]</w:t>
      </w:r>
      <w:r>
        <w:rPr>
          <w:b w:val="0"/>
        </w:rPr>
        <w:t xml:space="preserve">) et du CQP APS obtenu en </w:t>
      </w:r>
      <w:r>
        <w:rPr>
          <w:b w:val="0"/>
          <w:color w:val="2446A6"/>
        </w:rPr>
        <w:t>[2023]</w:t>
      </w:r>
      <w:r>
        <w:rPr>
          <w:b w:val="0"/>
        </w:rPr>
        <w:t xml:space="preserve">, je vous propose ma candidature pour le poste d’agent de sécurité que vous avez publié sur </w:t>
      </w:r>
      <w:r>
        <w:rPr>
          <w:b w:val="0"/>
          <w:color w:val="2446A6"/>
        </w:rPr>
        <w:t>[site d’offres d’emploi]</w:t>
      </w:r>
      <w:r>
        <w:rPr>
          <w:b w:val="0"/>
        </w:rPr>
        <w:t xml:space="preserve"> le </w:t>
      </w:r>
      <w:r>
        <w:rPr>
          <w:b w:val="0"/>
          <w:color w:val="2446A6"/>
        </w:rPr>
        <w:t>[20 septembre]</w:t>
      </w:r>
      <w:r>
        <w:rPr>
          <w:b w:val="0"/>
        </w:rPr>
        <w:t>.</w:t>
      </w:r>
    </w:p>
    <w:p>
      <w:r>
        <w:rPr>
          <w:b w:val="0"/>
        </w:rPr>
        <w:t xml:space="preserve">Au cours de </w:t>
      </w:r>
      <w:r>
        <w:rPr>
          <w:b w:val="0"/>
          <w:color w:val="2446A6"/>
        </w:rPr>
        <w:t>[deux années]</w:t>
      </w:r>
      <w:r>
        <w:rPr>
          <w:b w:val="0"/>
        </w:rPr>
        <w:t xml:space="preserve"> passées au sein de </w:t>
      </w:r>
      <w:r>
        <w:rPr>
          <w:b w:val="0"/>
          <w:color w:val="2446A6"/>
        </w:rPr>
        <w:t>[Nom de l’enseigne ou du site précédent]</w:t>
      </w:r>
      <w:r>
        <w:rPr>
          <w:b w:val="0"/>
        </w:rPr>
        <w:t xml:space="preserve">, j’ai assuré le contrôle d’accès de </w:t>
      </w:r>
      <w:r>
        <w:rPr>
          <w:b w:val="0"/>
          <w:color w:val="2446A6"/>
        </w:rPr>
        <w:t>[300 visiteurs quotidiens]</w:t>
      </w:r>
      <w:r>
        <w:rPr>
          <w:b w:val="0"/>
        </w:rPr>
        <w:t xml:space="preserve">, effectué trois rondes par vacation et rédigé la main courante informatique sur le logiciel </w:t>
      </w:r>
      <w:r>
        <w:rPr>
          <w:b w:val="0"/>
          <w:color w:val="2446A6"/>
        </w:rPr>
        <w:t>[WinCSU ou autre]</w:t>
      </w:r>
      <w:r>
        <w:rPr>
          <w:b w:val="0"/>
        </w:rPr>
        <w:t>. J’ai également mis en œuvre les procédures de levée de doute sur alarmes techniques, avec un délai d’intervention moyen ramené à moins de quatre minutes.</w:t>
      </w:r>
    </w:p>
    <w:p>
      <w:r>
        <w:rPr>
          <w:b w:val="0"/>
        </w:rPr>
        <w:t>Formé à l’extinction sur feux réels et détenteur du SST à jour, je connais le règlement de sécurité contre les risques d’incendie de l’établissement et j’ai participé à deux exercices annuels d’évacuation. Je maîtrise la chaîne de transmission des consignes selon le Code de la sécurité intérieure, des premiers gestes de protection jusqu’à l’alerte des secours.</w:t>
      </w:r>
    </w:p>
    <w:p>
      <w:r>
        <w:rPr>
          <w:b w:val="0"/>
        </w:rPr>
        <w:t>Disponible immédiatement sur des vacations de jour comme de nuit, week-ends et jours fériés inclus, je reste joignable pour un entretien à votre convenance, en présentiel sur site ou en visioconférence.</w:t>
      </w:r>
    </w:p>
    <w:p>
      <w:r>
        <w:rPr>
          <w:b w:val="0"/>
        </w:rPr>
        <w:t>Je vous remercie de l’attention portée à ma candidature et me tiens à votre disposition pour toute information complémentaire.</w:t>
      </w:r>
    </w:p>
    <w:p>
      <w:r>
        <w:rPr>
          <w:b w:val="0"/>
        </w:rPr>
        <w:t>Dans cette attente, 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Curriculum vitæ et copie de la carte professionnelle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agent de sécurité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