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rPr>
        <w:t xml:space="preserve">Téléphone : </w:t>
      </w:r>
      <w:r>
        <w:rPr>
          <w:b w:val="0"/>
          <w:color w:val="2446A6"/>
        </w:rPr>
        <w:t>[06 12 34 56 78]</w:t>
      </w:r>
    </w:p>
    <w:p>
      <w:pPr>
        <w:spacing w:after="0"/>
      </w:pPr>
      <w:r>
        <w:rPr>
          <w:b w:val="0"/>
        </w:rPr>
        <w:t xml:space="preserve">Email : </w:t>
      </w:r>
      <w:r>
        <w:rPr>
          <w:b w:val="0"/>
          <w:color w:val="2446A6"/>
        </w:rPr>
        <w:t>[prenom.nom@email.fr]</w:t>
      </w:r>
    </w:p>
    <w:p/>
    <w:p>
      <w:pPr>
        <w:spacing w:after="0"/>
        <w:jc w:val="right"/>
      </w:pPr>
      <w:r>
        <w:rPr>
          <w:b w:val="0"/>
        </w:rPr>
        <w:t>Service des ressources humaines</w:t>
      </w:r>
    </w:p>
    <w:p>
      <w:pPr>
        <w:spacing w:after="0"/>
        <w:jc w:val="right"/>
      </w:pPr>
      <w:r>
        <w:rPr>
          <w:b w:val="0"/>
        </w:rPr>
        <w:t>À l’attention du responsable d’exploitation</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poste d’agent d’entretien</w:t>
      </w:r>
    </w:p>
    <w:p/>
    <w:p>
      <w:r>
        <w:rPr>
          <w:b w:val="0"/>
        </w:rPr>
        <w:t>Madame, Monsieur,</w:t>
      </w:r>
    </w:p>
    <w:p>
      <w:r>
        <w:rPr>
          <w:b w:val="0"/>
        </w:rPr>
        <w:t xml:space="preserve">Titulaire du CQP Agent de propreté et d’hygiène depuis </w:t>
      </w:r>
      <w:r>
        <w:rPr>
          <w:b w:val="0"/>
          <w:color w:val="2446A6"/>
        </w:rPr>
        <w:t>[2023]</w:t>
      </w:r>
      <w:r>
        <w:rPr>
          <w:b w:val="0"/>
        </w:rPr>
        <w:t xml:space="preserve">, je candidate au poste d’agent d’entretien que vous proposez pour l’entretien de </w:t>
      </w:r>
      <w:r>
        <w:rPr>
          <w:b w:val="0"/>
          <w:color w:val="2446A6"/>
        </w:rPr>
        <w:t>[vos locaux tertiaires de 3 500 m²]</w:t>
      </w:r>
      <w:r>
        <w:rPr>
          <w:b w:val="0"/>
        </w:rPr>
        <w:t>.</w:t>
      </w:r>
    </w:p>
    <w:p>
      <w:r>
        <w:rPr>
          <w:b w:val="0"/>
        </w:rPr>
        <w:t xml:space="preserve">Pendant </w:t>
      </w:r>
      <w:r>
        <w:rPr>
          <w:b w:val="0"/>
          <w:color w:val="2446A6"/>
        </w:rPr>
        <w:t>[deux ans]</w:t>
      </w:r>
      <w:r>
        <w:rPr>
          <w:b w:val="0"/>
        </w:rPr>
        <w:t xml:space="preserve"> chez </w:t>
      </w:r>
      <w:r>
        <w:rPr>
          <w:b w:val="0"/>
          <w:color w:val="2446A6"/>
        </w:rPr>
        <w:t>[un prestataire de nettoyage industriel]</w:t>
      </w:r>
      <w:r>
        <w:rPr>
          <w:b w:val="0"/>
        </w:rPr>
        <w:t xml:space="preserve">, j’ai assuré l’entretien quotidien de </w:t>
      </w:r>
      <w:r>
        <w:rPr>
          <w:b w:val="0"/>
          <w:color w:val="2446A6"/>
        </w:rPr>
        <w:t>[1 200 m² de bureaux et sanitaires]</w:t>
      </w:r>
      <w:r>
        <w:rPr>
          <w:b w:val="0"/>
        </w:rPr>
        <w:t xml:space="preserve"> avec un planning en horaires décalés, en respectant les consignes de sécurité et le port des EPI. J’ai utilisé une autolaveuse, une monobrosse et des produits à dilution contrôlée, et j’ai signalé chaque anomalie sur la fiche de passage.</w:t>
      </w:r>
    </w:p>
    <w:p>
      <w:r>
        <w:rPr>
          <w:b w:val="0"/>
        </w:rPr>
        <w:t>Je maîtrise le balisage des sols humides, le tri des déchets et le réapprovisionnement des consommables. Je respecte les doses prescrites et je nettoie du plus propre vers le plus sale. Je sais lire une fiche de données de sécurité et respecter un plan de nettoyage sans intervention sur les postes informatiques.</w:t>
      </w:r>
    </w:p>
    <w:p>
      <w:r>
        <w:rPr>
          <w:b w:val="0"/>
        </w:rPr>
        <w:t xml:space="preserve">Disponible immédiatement, je peux travailler tôt le matin, en soirée ou le week-end. Je vous propose de vous rencontrer à partir du </w:t>
      </w:r>
      <w:r>
        <w:rPr>
          <w:b w:val="0"/>
          <w:color w:val="2446A6"/>
        </w:rPr>
        <w:t>[6 octobre 2026]</w:t>
      </w:r>
      <w:r>
        <w:rPr>
          <w:b w:val="0"/>
        </w:rPr>
        <w:t xml:space="preserve"> pour une mise en situation sur un poste de travail.</w:t>
      </w:r>
    </w:p>
    <w:p>
      <w:r>
        <w:rPr>
          <w:b w:val="0"/>
        </w:rPr>
        <w:t>Je vous prie d’agréer, Madame, Monsieur, l’expression de mes salutations distinguées.</w:t>
      </w:r>
    </w:p>
    <w:p/>
    <w:p>
      <w:pPr>
        <w:jc w:val="right"/>
      </w:pPr>
      <w:r>
        <w:rPr>
          <w:b w:val="0"/>
          <w:color w:val="2446A6"/>
        </w:rPr>
        <w:t>[Prénom Nom]</w:t>
      </w:r>
    </w:p>
    <w:p/>
    <w:p>
      <w:r>
        <w:rPr>
          <w:b w:val="0"/>
        </w:rPr>
        <w:t>Pièce jointe : CV et copie du CQP Agent de propreté et d’hygiène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agent d’entretien</dc:title>
  <dc:subject/>
  <dc:creator/>
  <cp:keywords/>
  <dc:description/>
  <cp:lastModifiedBy/>
  <cp:revision>1</cp:revision>
  <dcterms:created xsi:type="dcterms:W3CDTF">2013-12-23T23:15:00Z</dcterms:created>
  <dcterms:modified xsi:type="dcterms:W3CDTF">2013-12-23T23:15:00Z</dcterms:modified>
  <cp:category/>
</cp:coreProperties>
</file>