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rPr>
          <w:b w:val="0"/>
          <w:color w:val="2446A6"/>
        </w:rPr>
        <w:t>[Prénom Nom]</w:t>
      </w:r>
    </w:p>
    <w:p>
      <w:pPr>
        <w:spacing w:after="0"/>
      </w:pPr>
      <w:r>
        <w:rPr>
          <w:b w:val="0"/>
          <w:color w:val="2446A6"/>
        </w:rPr>
        <w:t>[Numéro et nom de rue]</w:t>
      </w:r>
    </w:p>
    <w:p>
      <w:pPr>
        <w:spacing w:after="0"/>
      </w:pPr>
      <w:r>
        <w:rPr>
          <w:b w:val="0"/>
          <w:color w:val="2446A6"/>
        </w:rPr>
        <w:t>[Code postal et ville]</w:t>
      </w:r>
    </w:p>
    <w:p>
      <w:pPr>
        <w:spacing w:after="0"/>
      </w:pPr>
      <w:r>
        <w:rPr>
          <w:b w:val="0"/>
        </w:rPr>
        <w:t xml:space="preserve">Tél. : </w:t>
      </w:r>
      <w:r>
        <w:rPr>
          <w:b w:val="0"/>
          <w:color w:val="2446A6"/>
        </w:rPr>
        <w:t>[numéro de téléphone]</w:t>
      </w:r>
    </w:p>
    <w:p>
      <w:pPr>
        <w:spacing w:after="0"/>
      </w:pPr>
      <w:r>
        <w:rPr>
          <w:b w:val="0"/>
        </w:rPr>
        <w:t xml:space="preserve">Email : </w:t>
      </w:r>
      <w:r>
        <w:rPr>
          <w:b w:val="0"/>
          <w:color w:val="2446A6"/>
        </w:rPr>
        <w:t>[adresse email]</w:t>
      </w:r>
    </w:p>
    <w:p/>
    <w:p>
      <w:pPr>
        <w:spacing w:after="0"/>
        <w:jc w:val="right"/>
      </w:pPr>
      <w:r>
        <w:rPr>
          <w:b w:val="0"/>
        </w:rPr>
        <w:t>Monsieur le Maire</w:t>
      </w:r>
    </w:p>
    <w:p>
      <w:pPr>
        <w:spacing w:after="0"/>
        <w:jc w:val="right"/>
      </w:pPr>
      <w:r>
        <w:rPr>
          <w:b w:val="0"/>
        </w:rPr>
        <w:t xml:space="preserve">Mairie de </w:t>
      </w:r>
      <w:r>
        <w:rPr>
          <w:b w:val="0"/>
          <w:color w:val="2446A6"/>
        </w:rPr>
        <w:t>[Ville]</w:t>
      </w:r>
    </w:p>
    <w:p>
      <w:pPr>
        <w:spacing w:after="0"/>
        <w:jc w:val="right"/>
      </w:pPr>
      <w:r>
        <w:rPr>
          <w:b w:val="0"/>
          <w:color w:val="2446A6"/>
        </w:rPr>
        <w:t>[Adresse de la mairie]</w:t>
      </w:r>
    </w:p>
    <w:p>
      <w:pPr>
        <w:spacing w:after="0"/>
        <w:jc w:val="right"/>
      </w:pPr>
      <w:r>
        <w:rPr>
          <w:b w:val="0"/>
          <w:color w:val="2446A6"/>
        </w:rPr>
        <w:t>[Code postal et ville]</w:t>
      </w:r>
    </w:p>
    <w:p/>
    <w:p>
      <w:pPr>
        <w:jc w:val="right"/>
      </w:pPr>
      <w:r>
        <w:rPr>
          <w:b w:val="0"/>
        </w:rPr>
        <w:t xml:space="preserve">À </w:t>
      </w:r>
      <w:r>
        <w:rPr>
          <w:b w:val="0"/>
          <w:color w:val="2446A6"/>
        </w:rPr>
        <w:t>[Ville]</w:t>
      </w:r>
      <w:r>
        <w:rPr>
          <w:b w:val="0"/>
        </w:rPr>
        <w:t xml:space="preserve">, le </w:t>
      </w:r>
      <w:r>
        <w:rPr>
          <w:b w:val="0"/>
          <w:color w:val="2446A6"/>
        </w:rPr>
        <w:t>[24 septembre 2026]</w:t>
      </w:r>
    </w:p>
    <w:p>
      <w:pPr>
        <w:spacing w:after="0"/>
      </w:pPr>
      <w:r>
        <w:rPr>
          <w:b/>
        </w:rPr>
        <w:t>Lettre recommandée avec accusé de réception</w:t>
      </w:r>
    </w:p>
    <w:p>
      <w:r>
        <w:rPr>
          <w:b/>
        </w:rPr>
        <w:t>Objet : Candidature au poste d'agent d'espaces verts</w:t>
      </w:r>
    </w:p>
    <w:p/>
    <w:p>
      <w:r>
        <w:rPr>
          <w:b w:val="0"/>
        </w:rPr>
        <w:t>Monsieur le Maire,</w:t>
      </w:r>
    </w:p>
    <w:p>
      <w:r>
        <w:rPr>
          <w:b w:val="0"/>
        </w:rPr>
        <w:t xml:space="preserve">Titulaire d'un CAP Jardinier Paysagiste et détenteur du Certiphyto, je me tiens informé des recrutements au sein du service des espaces verts de la commune de </w:t>
      </w:r>
      <w:r>
        <w:rPr>
          <w:b w:val="0"/>
          <w:color w:val="2446A6"/>
        </w:rPr>
        <w:t>[Ville]</w:t>
      </w:r>
      <w:r>
        <w:rPr>
          <w:b w:val="0"/>
        </w:rPr>
        <w:t xml:space="preserve">. Votre projet de végétalisation de la cour de l'école </w:t>
      </w:r>
      <w:r>
        <w:rPr>
          <w:b w:val="0"/>
          <w:color w:val="2446A6"/>
        </w:rPr>
        <w:t>[Nom de l'école]</w:t>
      </w:r>
      <w:r>
        <w:rPr>
          <w:b w:val="0"/>
        </w:rPr>
        <w:t>, évoqué dans le bulletin municipal de septembre, correspond à mon souhait de mettre mes compétences au service d'un cadre de vie collectif.</w:t>
      </w:r>
    </w:p>
    <w:p>
      <w:r>
        <w:rPr>
          <w:b w:val="0"/>
        </w:rPr>
        <w:t xml:space="preserve">Lors de mon précédent poste à la mairie de </w:t>
      </w:r>
      <w:r>
        <w:rPr>
          <w:b w:val="0"/>
          <w:color w:val="2446A6"/>
        </w:rPr>
        <w:t>[Ancienne ville]</w:t>
      </w:r>
      <w:r>
        <w:rPr>
          <w:b w:val="0"/>
        </w:rPr>
        <w:t xml:space="preserve">, j'ai assuré pendant </w:t>
      </w:r>
      <w:r>
        <w:rPr>
          <w:b w:val="0"/>
          <w:color w:val="2446A6"/>
        </w:rPr>
        <w:t>[trois ans]</w:t>
      </w:r>
      <w:r>
        <w:rPr>
          <w:b w:val="0"/>
        </w:rPr>
        <w:t xml:space="preserve"> l'entretien de 12 hectares d'espaces verts. J'y ai pratiqué la tonte différenciée sur les zones de prairie fleurie, réduisant de 30 % le volume de déchets verts, et réalisé la taille annuelle des 80 rosiers du parc municipal. Je maîtrise la conduite de tondeuses autoportées et le maniement des taille-haies thermiques dans le respect strict des règles de sécurité.</w:t>
      </w:r>
    </w:p>
    <w:p>
      <w:r>
        <w:rPr>
          <w:b w:val="0"/>
        </w:rPr>
        <w:t>Je sais adapter le fleurissement aux contraintes hydriques : aux abords du stade, j'ai remplacé les massifs de bégonias par des vivaces méditerranéennes, divisant l'arrosage par deux. Je participe aussi au déneigement hivernal et à l'entretien courant du matériel, deux missions que je sais indissociables du poste.</w:t>
      </w:r>
    </w:p>
    <w:p>
      <w:r>
        <w:rPr>
          <w:b w:val="0"/>
        </w:rPr>
        <w:t>Je suis disponible pour un entretien à votre convenance afin de vous détailler mes réalisations et de visiter les sites sur lesquels je pourrais intervenir.</w:t>
      </w:r>
    </w:p>
    <w:p>
      <w:r>
        <w:rPr>
          <w:b w:val="0"/>
        </w:rPr>
        <w:t>Je vous prie d'agréer, Monsieur le Maire, l'expression de ma considération distinguée.</w:t>
      </w:r>
    </w:p>
    <w:p/>
    <w:p>
      <w:pPr>
        <w:jc w:val="right"/>
      </w:pPr>
      <w:r>
        <w:rPr>
          <w:b w:val="0"/>
          <w:color w:val="2446A6"/>
        </w:rPr>
        <w:t>[Prénom Nom]</w:t>
      </w:r>
    </w:p>
    <w:p/>
    <w:p>
      <w:r>
        <w:rPr>
          <w:b w:val="0"/>
        </w:rPr>
        <w:t>Pièce jointe : Curriculum vitae</w:t>
      </w:r>
    </w:p>
    <w:sectPr w:rsidR="00FC693F" w:rsidRPr="0006063C" w:rsidSect="00034616">
      <w:pgSz w:w="11906" w:h="16838"/>
      <w:pgMar w:top="1134" w:right="1304" w:bottom="1134" w:left="130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76" w:lineRule="auto"/>
    </w:pPr>
    <w:rPr>
      <w:rFonts w:ascii="Georgia" w:hAnsi="Georgia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Lettre de motivation agent espaces verts en mairie</dc:title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