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12 rue des Écoles</w:t>
      </w:r>
    </w:p>
    <w:p>
      <w:pPr>
        <w:spacing w:after="0"/>
      </w:pPr>
      <w:r>
        <w:rPr>
          <w:b w:val="0"/>
        </w:rPr>
        <w:t>69007 Lyon</w:t>
      </w:r>
    </w:p>
    <w:p>
      <w:pPr>
        <w:spacing w:after="0"/>
      </w:pPr>
      <w:r>
        <w:rPr>
          <w:b w:val="0"/>
        </w:rPr>
        <w:t>06 12 34 56 78</w:t>
      </w:r>
    </w:p>
    <w:p>
      <w:pPr>
        <w:spacing w:after="0"/>
      </w:pPr>
      <w:r>
        <w:rPr>
          <w:b w:val="0"/>
        </w:rPr>
        <w:t>prenom.nom@mail.fr</w:t>
      </w:r>
    </w:p>
    <w:p/>
    <w:p>
      <w:pPr>
        <w:spacing w:after="0"/>
        <w:jc w:val="right"/>
      </w:pPr>
      <w:r>
        <w:rPr>
          <w:b w:val="0"/>
        </w:rPr>
        <w:t>Mairie de Lyon</w:t>
      </w:r>
    </w:p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</w:rPr>
        <w:t>Place de la Comédie</w:t>
      </w:r>
    </w:p>
    <w:p>
      <w:pPr>
        <w:spacing w:after="0"/>
        <w:jc w:val="right"/>
      </w:pPr>
      <w:r>
        <w:rPr>
          <w:b w:val="0"/>
        </w:rPr>
        <w:t>69001 Lyon</w:t>
      </w:r>
    </w:p>
    <w:p/>
    <w:p>
      <w:pPr>
        <w:jc w:val="right"/>
      </w:pPr>
      <w:r>
        <w:rPr>
          <w:b w:val="0"/>
        </w:rPr>
        <w:t xml:space="preserve">À Lyon,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d'agent polyvalent en mairie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permis B depuis </w:t>
      </w:r>
      <w:r>
        <w:rPr>
          <w:b w:val="0"/>
          <w:color w:val="2446A6"/>
        </w:rPr>
        <w:t>[2019]</w:t>
      </w:r>
      <w:r>
        <w:rPr>
          <w:b w:val="0"/>
        </w:rPr>
        <w:t xml:space="preserve"> et de l'habilitation électrique B1V obtenue en </w:t>
      </w:r>
      <w:r>
        <w:rPr>
          <w:b w:val="0"/>
          <w:color w:val="2446A6"/>
        </w:rPr>
        <w:t>[2023]</w:t>
      </w:r>
      <w:r>
        <w:rPr>
          <w:b w:val="0"/>
        </w:rPr>
        <w:t xml:space="preserve">, je propose ma candidature au poste d'agent polyvalent en mairie. Pendant </w:t>
      </w:r>
      <w:r>
        <w:rPr>
          <w:b w:val="0"/>
          <w:color w:val="2446A6"/>
        </w:rPr>
        <w:t>[deux ans]</w:t>
      </w:r>
      <w:r>
        <w:rPr>
          <w:b w:val="0"/>
        </w:rPr>
        <w:t xml:space="preserve">, j'ai assuré l'entretien quotidien des locaux, la petite maintenance et la manutention au sein d'un </w:t>
      </w:r>
      <w:r>
        <w:rPr>
          <w:b w:val="0"/>
          <w:color w:val="2446A6"/>
        </w:rPr>
        <w:t>[centre de loisirs municipal]</w:t>
      </w:r>
      <w:r>
        <w:rPr>
          <w:b w:val="0"/>
        </w:rPr>
        <w:t>.</w:t>
      </w:r>
    </w:p>
    <w:p>
      <w:r>
        <w:rPr>
          <w:b w:val="0"/>
        </w:rPr>
        <w:t>Je connais les contraintes d'une collectivité : intervention rapide avant l'ouverture des salles, respect des consignes de sécurité, traçabilité des produits d'entretien. J'ai l'habitude de travailler à partir d'un planning d'intervention et de signaler toute panne au responsable des services techniques.</w:t>
      </w:r>
    </w:p>
    <w:p>
      <w:r>
        <w:rPr>
          <w:b w:val="0"/>
        </w:rPr>
        <w:t>Je peux également assurer l'accueil physique des usagers, la mise en place des salles pour les conseils municipaux et l'entretien des espaces verts attenants. Ma disponibilité est immédiate, y compris le samedi matin en période de cérémonies.</w:t>
      </w:r>
    </w:p>
    <w:p>
      <w:r>
        <w:rPr>
          <w:b w:val="0"/>
        </w:rPr>
        <w:t xml:space="preserve">Je vous propose un entretien à la date de votre choix pour détailler mes habilitations et mon organisation de travail. Je peux me rendre disponible dès le </w:t>
      </w:r>
      <w:r>
        <w:rPr>
          <w:b w:val="0"/>
          <w:color w:val="2446A6"/>
        </w:rPr>
        <w:t>[1er octobre]</w:t>
      </w:r>
      <w:r>
        <w:rPr>
          <w:b w:val="0"/>
        </w:rPr>
        <w:t xml:space="preserve"> et fournir mes attestations de formation.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polyvalent en mairie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