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Pr>
        <w:spacing w:after="0"/>
      </w:pPr>
      <w:r>
        <w:rPr>
          <w:b w:val="0"/>
          <w:color w:val="2446A6"/>
        </w:rPr>
        <w:t>[Email]</w:t>
      </w:r>
    </w:p>
    <w:p/>
    <w:p>
      <w:pPr>
        <w:spacing w:after="0"/>
        <w:jc w:val="right"/>
      </w:pPr>
      <w:r>
        <w:rPr>
          <w:b w:val="0"/>
        </w:rPr>
        <w:t>Monsieur le Maire</w:t>
      </w:r>
    </w:p>
    <w:p>
      <w:pPr>
        <w:spacing w:after="0"/>
        <w:jc w:val="right"/>
      </w:pPr>
      <w:r>
        <w:rPr>
          <w:b w:val="0"/>
        </w:rPr>
        <w:t xml:space="preserve">Mairie de </w:t>
      </w:r>
      <w:r>
        <w:rPr>
          <w:b w:val="0"/>
          <w:color w:val="2446A6"/>
        </w:rPr>
        <w:t>[Ville]</w:t>
      </w:r>
    </w:p>
    <w:p>
      <w:pPr>
        <w:spacing w:after="0"/>
        <w:jc w:val="right"/>
      </w:pPr>
      <w:r>
        <w:rPr>
          <w:b w:val="0"/>
          <w:color w:val="2446A6"/>
        </w:rPr>
        <w:t>[Adresse de la mairie]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Candidature au poste d’agent polyvalent</w:t>
      </w:r>
    </w:p>
    <w:p/>
    <w:p>
      <w:r>
        <w:rPr>
          <w:b w:val="0"/>
        </w:rPr>
        <w:t>Monsieur le Maire,</w:t>
      </w:r>
    </w:p>
    <w:p>
      <w:r>
        <w:rPr>
          <w:b w:val="0"/>
        </w:rPr>
        <w:t xml:space="preserve">Titulaire d’un CAP/BEP </w:t>
      </w:r>
      <w:r>
        <w:rPr>
          <w:b w:val="0"/>
          <w:color w:val="2446A6"/>
        </w:rPr>
        <w:t>[maintenance des bâtiments]</w:t>
      </w:r>
      <w:r>
        <w:rPr>
          <w:b w:val="0"/>
        </w:rPr>
        <w:t xml:space="preserve"> et fort d’une expérience de </w:t>
      </w:r>
      <w:r>
        <w:rPr>
          <w:b w:val="0"/>
          <w:color w:val="2446A6"/>
        </w:rPr>
        <w:t>[trois ans]</w:t>
      </w:r>
      <w:r>
        <w:rPr>
          <w:b w:val="0"/>
        </w:rPr>
        <w:t xml:space="preserve"> en collectivité, je vous adresse ma candidature pour le poste d’agent polyvalent au sein de la mairie de </w:t>
      </w:r>
      <w:r>
        <w:rPr>
          <w:b w:val="0"/>
          <w:color w:val="2446A6"/>
        </w:rPr>
        <w:t>[Ville]</w:t>
      </w:r>
      <w:r>
        <w:rPr>
          <w:b w:val="0"/>
        </w:rPr>
        <w:t>.</w:t>
      </w:r>
    </w:p>
    <w:p>
      <w:r>
        <w:rPr>
          <w:b w:val="0"/>
        </w:rPr>
        <w:t xml:space="preserve">Au cours de mes précédentes missions à la commune de </w:t>
      </w:r>
      <w:r>
        <w:rPr>
          <w:b w:val="0"/>
          <w:color w:val="2446A6"/>
        </w:rPr>
        <w:t>[Ville précédente]</w:t>
      </w:r>
      <w:r>
        <w:rPr>
          <w:b w:val="0"/>
        </w:rPr>
        <w:t>, j’ai assuré l’entretien des locaux, la manutention de matériel lors des manifestations et l’accueil physique du public. Cette polyvalence m’a permis de répondre aux demandes urgentes sans dégrader la qualité du service, y compris lors du remplacement ponctuel d’un collègue absent.</w:t>
      </w:r>
    </w:p>
    <w:p>
      <w:r>
        <w:rPr>
          <w:b w:val="0"/>
        </w:rPr>
        <w:t>Rigoureux et discret, je maîtrise les produits et protocoles d’hygiène en vigueur dans les établissements recevant du public. Je sais également diagnostiquer une panne simple sur le matériel électromécanique et alerter le service technique avec un compte-rendu précis.</w:t>
      </w:r>
    </w:p>
    <w:p>
      <w:r>
        <w:rPr>
          <w:b w:val="0"/>
        </w:rPr>
        <w:t>Disponible immédiatement, je serais heureux de vous exposer mes motivations lors d’un entretien. Je vous prie d’agréer, Monsieur le Maire, l’expression de ma considération distinguée.</w:t>
      </w:r>
    </w:p>
    <w:p>
      <w:r>
        <w:rPr>
          <w:b w:val="0"/>
        </w:rPr>
        <w:t>Je vous prie d’agréer, Monsieur le Maire, l’expression de ma considération distinguée.</w:t>
      </w:r>
    </w:p>
    <w:p/>
    <w:p>
      <w:pPr>
        <w:jc w:val="right"/>
      </w:pPr>
      <w:r>
        <w:rPr>
          <w:b w:val="0"/>
          <w:color w:val="2446A6"/>
        </w:rPr>
        <w:t>[Prénom Nom]</w:t>
      </w:r>
    </w:p>
    <w:p/>
    <w:p>
      <w:r>
        <w:rPr>
          <w:b w:val="0"/>
        </w:rPr>
        <w:t>Pièce jointe : Curriculum vitæ</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agent polyvalent (généraliste)</dc:title>
  <dc:subject/>
  <dc:creator/>
  <cp:keywords/>
  <dc:description/>
  <cp:lastModifiedBy/>
  <cp:revision>1</cp:revision>
  <dcterms:created xsi:type="dcterms:W3CDTF">2013-12-23T23:15:00Z</dcterms:created>
  <dcterms:modified xsi:type="dcterms:W3CDTF">2013-12-23T23:15:00Z</dcterms:modified>
  <cp:category/>
</cp:coreProperties>
</file>