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w:t>
      </w:r>
      <w:r>
        <w:rPr>
          <w:b w:val="0"/>
        </w:rPr>
        <w:t xml:space="preserve"> </w:t>
      </w:r>
      <w:r>
        <w:rPr>
          <w:b w:val="0"/>
          <w:color w:val="2446A6"/>
        </w:rPr>
        <w:t>[Ville]</w:t>
      </w:r>
    </w:p>
    <w:p>
      <w:pPr>
        <w:spacing w:after="0"/>
      </w:pPr>
      <w:r>
        <w:rPr>
          <w:b w:val="0"/>
          <w:color w:val="2446A6"/>
        </w:rPr>
        <w:t>[Téléphone]</w:t>
      </w:r>
    </w:p>
    <w:p>
      <w:pPr>
        <w:spacing w:after="0"/>
      </w:pPr>
      <w:r>
        <w:rPr>
          <w:b w:val="0"/>
          <w:color w:val="2446A6"/>
        </w:rPr>
        <w:t>[Adresse email]</w:t>
      </w:r>
    </w:p>
    <w:p/>
    <w:p>
      <w:pPr>
        <w:spacing w:after="0"/>
        <w:jc w:val="right"/>
      </w:pPr>
      <w:r>
        <w:rPr>
          <w:b w:val="0"/>
        </w:rPr>
        <w:t xml:space="preserve">Mairie de </w:t>
      </w:r>
      <w:r>
        <w:rPr>
          <w:b w:val="0"/>
          <w:color w:val="2446A6"/>
        </w:rPr>
        <w:t>[Ville]</w:t>
      </w:r>
    </w:p>
    <w:p>
      <w:pPr>
        <w:spacing w:after="0"/>
        <w:jc w:val="right"/>
      </w:pPr>
      <w:r>
        <w:rPr>
          <w:b w:val="0"/>
        </w:rPr>
        <w:t>Service des ressources humaines</w:t>
      </w:r>
    </w:p>
    <w:p>
      <w:pPr>
        <w:spacing w:after="0"/>
        <w:jc w:val="right"/>
      </w:pPr>
      <w:r>
        <w:rPr>
          <w:b w:val="0"/>
          <w:color w:val="2446A6"/>
        </w:rPr>
        <w:t>[Adresse de la mairie]</w:t>
      </w:r>
    </w:p>
    <w:p>
      <w:pPr>
        <w:spacing w:after="0"/>
        <w:jc w:val="right"/>
      </w:pPr>
      <w:r>
        <w:rPr>
          <w:b w:val="0"/>
          <w:color w:val="2446A6"/>
        </w:rPr>
        <w:t>[Code postal]</w:t>
      </w:r>
      <w:r>
        <w:rPr>
          <w:b w:val="0"/>
        </w:rPr>
        <w:t xml:space="preserve"> </w:t>
      </w:r>
      <w:r>
        <w:rPr>
          <w:b w:val="0"/>
          <w:color w:val="2446A6"/>
        </w:rPr>
        <w:t>[Ville]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Candidature au poste d’agent de restauration scolaire</w:t>
      </w:r>
    </w:p>
    <w:p/>
    <w:p>
      <w:r>
        <w:rPr>
          <w:b w:val="0"/>
        </w:rPr>
        <w:t>Madame, Monsieur,</w:t>
      </w:r>
    </w:p>
    <w:p>
      <w:r>
        <w:rPr>
          <w:b w:val="0"/>
        </w:rPr>
        <w:t xml:space="preserve">Titulaire du CAP Cuisine obtenu en </w:t>
      </w:r>
      <w:r>
        <w:rPr>
          <w:b w:val="0"/>
          <w:color w:val="2446A6"/>
        </w:rPr>
        <w:t>[2022]</w:t>
      </w:r>
      <w:r>
        <w:rPr>
          <w:b w:val="0"/>
        </w:rPr>
        <w:t xml:space="preserve"> et formée à la méthode HACCP, je travaille depuis </w:t>
      </w:r>
      <w:r>
        <w:rPr>
          <w:b w:val="0"/>
          <w:color w:val="2446A6"/>
        </w:rPr>
        <w:t>[deux]</w:t>
      </w:r>
      <w:r>
        <w:rPr>
          <w:b w:val="0"/>
        </w:rPr>
        <w:t xml:space="preserve"> ans comme commis de cuisine en restauration collective, au sein d’une entreprise qui fournit 400 repas quotidiens pour des établissements scolaires. Je candidate aujourd’hui au poste d’agent de restauration scolaire à la mairie de </w:t>
      </w:r>
      <w:r>
        <w:rPr>
          <w:b w:val="0"/>
          <w:color w:val="2446A6"/>
        </w:rPr>
        <w:t>[Ville]</w:t>
      </w:r>
      <w:r>
        <w:rPr>
          <w:b w:val="0"/>
        </w:rPr>
        <w:t>, votre annonce parue sur emploi-public.fr ayant retenu toute mon attention.</w:t>
      </w:r>
    </w:p>
    <w:p>
      <w:r>
        <w:rPr>
          <w:b w:val="0"/>
        </w:rPr>
        <w:t>Chaque matin, je participe au contrôle rigoureux des températures à réception des denrées, je prépare les plats selon les fiches techniques en liaison froide et je dresse 80 assiettes en trente minutes pour le service des enfants. La gestion des allergies alimentaires signalées sur les PAI (Projet d’Accueil Individualisé) fait partie de mes responsabilités depuis un an. Par ailleurs, je nettoie quotidiennement les plans de travail avec les produits homologués et je renseigne le carnet de traçabilité. Mon responsable loue ma fiabilité et mon calme face aux situations de tension durant le repas.</w:t>
      </w:r>
    </w:p>
    <w:p>
      <w:r>
        <w:rPr>
          <w:b w:val="0"/>
        </w:rPr>
        <w:t>Engagée à rejoindre une collectivité territoriale pour participer à la qualité de la pause méridienne des enfants, je suis disponible immédiatement et peux adapter mes horaires à toute amplitude. Je serais ravie de vous exposer ma motivation et mes compétences lors d’un entretien.</w:t>
      </w:r>
    </w:p>
    <w:p>
      <w:r>
        <w:rPr>
          <w:b w:val="0"/>
        </w:rPr>
        <w:t>Je vous prie d’agréer, Madame, Monsieur, l’expression de mes salutations respectueuses.</w:t>
      </w:r>
    </w:p>
    <w:p/>
    <w:p>
      <w:pPr>
        <w:jc w:val="right"/>
      </w:pPr>
      <w:r>
        <w:rPr>
          <w:b w:val="0"/>
          <w:color w:val="2446A6"/>
        </w:rPr>
        <w:t>[Prénom Nom]</w:t>
      </w:r>
    </w:p>
    <w:p/>
    <w:p>
      <w:r>
        <w:rPr>
          <w:b w:val="0"/>
        </w:rPr>
        <w:t>Pièces jointes : Curriculum vitae, Attestation de formation HACCP</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agent de restauration scolaire (mairie)</dc:title>
  <dc:subject/>
  <dc:creator/>
  <cp:keywords/>
  <dc:description/>
  <cp:lastModifiedBy/>
  <cp:revision>1</cp:revision>
  <dcterms:created xsi:type="dcterms:W3CDTF">2013-12-23T23:15:00Z</dcterms:created>
  <dcterms:modified xsi:type="dcterms:W3CDTF">2013-12-23T23:15:00Z</dcterms:modified>
  <cp:category/>
</cp:coreProperties>
</file>