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w:t>
      </w:r>
      <w:r>
        <w:rPr>
          <w:b w:val="0"/>
        </w:rPr>
        <w:t xml:space="preserve"> </w:t>
      </w:r>
      <w:r>
        <w:rPr>
          <w:b w:val="0"/>
          <w:color w:val="2446A6"/>
        </w:rPr>
        <w:t>[Ville]</w:t>
      </w:r>
    </w:p>
    <w:p>
      <w:pPr>
        <w:spacing w:after="0"/>
      </w:pPr>
      <w:r>
        <w:rPr>
          <w:b w:val="0"/>
        </w:rPr>
        <w:t xml:space="preserve">Tél. : </w:t>
      </w:r>
      <w:r>
        <w:rPr>
          <w:b w:val="0"/>
          <w:color w:val="2446A6"/>
        </w:rPr>
        <w:t>[numéro]</w:t>
      </w:r>
    </w:p>
    <w:p>
      <w:pPr>
        <w:spacing w:after="0"/>
      </w:pPr>
      <w:r>
        <w:rPr>
          <w:b w:val="0"/>
        </w:rPr>
        <w:t xml:space="preserve">Email : </w:t>
      </w:r>
      <w:r>
        <w:rPr>
          <w:b w:val="0"/>
          <w:color w:val="2446A6"/>
        </w:rPr>
        <w:t>[email]</w:t>
      </w:r>
    </w:p>
    <w:p/>
    <w:p>
      <w:pPr>
        <w:spacing w:after="0"/>
        <w:jc w:val="right"/>
      </w:pPr>
      <w:r>
        <w:rPr>
          <w:b w:val="0"/>
        </w:rPr>
        <w:t>Madame la Cadre de santé</w:t>
      </w:r>
    </w:p>
    <w:p>
      <w:pPr>
        <w:spacing w:after="0"/>
        <w:jc w:val="right"/>
      </w:pPr>
      <w:r>
        <w:rPr>
          <w:b w:val="0"/>
        </w:rPr>
        <w:t>Service de Soins de Suite et Réadaptation</w:t>
      </w:r>
    </w:p>
    <w:p>
      <w:pPr>
        <w:spacing w:after="0"/>
        <w:jc w:val="right"/>
      </w:pPr>
      <w:r>
        <w:rPr>
          <w:b w:val="0"/>
        </w:rPr>
        <w:t>Hôpital Saint-Louis</w:t>
      </w:r>
    </w:p>
    <w:p>
      <w:pPr>
        <w:spacing w:after="0"/>
        <w:jc w:val="right"/>
      </w:pPr>
      <w:r>
        <w:rPr>
          <w:b w:val="0"/>
        </w:rPr>
        <w:t>1 avenue Claude Vellefaux</w:t>
      </w:r>
    </w:p>
    <w:p>
      <w:pPr>
        <w:spacing w:after="0"/>
        <w:jc w:val="right"/>
      </w:pPr>
      <w:r>
        <w:rPr>
          <w:b w:val="0"/>
        </w:rPr>
        <w:t>75010 Paris</w:t>
      </w:r>
    </w:p>
    <w:p/>
    <w:p>
      <w:pPr>
        <w:jc w:val="right"/>
      </w:pPr>
      <w:r>
        <w:rPr>
          <w:b w:val="0"/>
        </w:rPr>
        <w:t xml:space="preserve">À </w:t>
      </w:r>
      <w:r>
        <w:rPr>
          <w:b w:val="0"/>
          <w:color w:val="2446A6"/>
        </w:rPr>
        <w:t>[Ville]</w:t>
      </w:r>
      <w:r>
        <w:rPr>
          <w:b w:val="0"/>
        </w:rPr>
        <w:t xml:space="preserve">, le </w:t>
      </w:r>
      <w:r>
        <w:rPr>
          <w:b w:val="0"/>
          <w:color w:val="2446A6"/>
        </w:rPr>
        <w:t>[date]</w:t>
      </w:r>
    </w:p>
    <w:p>
      <w:r>
        <w:rPr>
          <w:b/>
        </w:rPr>
        <w:t>Objet : Candidature au poste d’aide-soignante – service SSR</w:t>
      </w:r>
    </w:p>
    <w:p/>
    <w:p>
      <w:r>
        <w:rPr>
          <w:b w:val="0"/>
        </w:rPr>
        <w:t>Madame, Monsieur,</w:t>
      </w:r>
    </w:p>
    <w:p>
      <w:r>
        <w:rPr>
          <w:b w:val="0"/>
        </w:rPr>
        <w:t xml:space="preserve">Titulaire du diplôme d’État d’aide-soignant depuis </w:t>
      </w:r>
      <w:r>
        <w:rPr>
          <w:b w:val="0"/>
          <w:color w:val="2446A6"/>
        </w:rPr>
        <w:t>[2019]</w:t>
      </w:r>
      <w:r>
        <w:rPr>
          <w:b w:val="0"/>
        </w:rPr>
        <w:t xml:space="preserve">, j’exerce depuis </w:t>
      </w:r>
      <w:r>
        <w:rPr>
          <w:b w:val="0"/>
          <w:color w:val="2446A6"/>
        </w:rPr>
        <w:t>[trois ans]</w:t>
      </w:r>
      <w:r>
        <w:rPr>
          <w:b w:val="0"/>
        </w:rPr>
        <w:t xml:space="preserve"> en service de </w:t>
      </w:r>
      <w:r>
        <w:rPr>
          <w:b w:val="0"/>
          <w:color w:val="2446A6"/>
        </w:rPr>
        <w:t>[médecine interne]</w:t>
      </w:r>
      <w:r>
        <w:rPr>
          <w:b w:val="0"/>
        </w:rPr>
        <w:t xml:space="preserve"> au </w:t>
      </w:r>
      <w:r>
        <w:rPr>
          <w:b w:val="0"/>
          <w:color w:val="2446A6"/>
        </w:rPr>
        <w:t>[Centre Hospitalier de Lens]</w:t>
      </w:r>
      <w:r>
        <w:rPr>
          <w:b w:val="0"/>
        </w:rPr>
        <w:t>. Souhaitant orienter ma pratique vers la rééducation et l’accompagnement post-chirurgical, je vous adresse ma candidature pour un poste au sein du service de soins de suite et réadaptation de l’Hôpital Saint-Louis, dont je connais l’exigence en matière de prise en charge pluridisciplinaire.</w:t>
      </w:r>
    </w:p>
    <w:p>
      <w:r>
        <w:rPr>
          <w:b w:val="0"/>
        </w:rPr>
        <w:t>Au quotidien, j’assure les soins d’hygiène et de confort, la surveillance des constantes vitales, l’aide à la mobilisation et la prévention des escarres. J’ai participé à la mise en place du dossier de soins informatisé dans mon service actuel, ce qui a réduit de 15 % le temps consacré aux transmissions. Ce travail en interface avec les infirmières et les kinésithérapeutes m’a appris à réagir vite aux changements d’état des patients.</w:t>
      </w:r>
    </w:p>
    <w:p>
      <w:r>
        <w:rPr>
          <w:b w:val="0"/>
        </w:rPr>
        <w:t>La relation d’aide est au cœur de ma pratique. En médecine interne, j’ai accompagné des patients en phase palliative et leurs familles, en maintenant un environnement calme et respectueux. Votre projet d’établissement, qui place la bientraitance et le confort du patient avant tout, correspond à ma vision du soin.</w:t>
      </w:r>
    </w:p>
    <w:p>
      <w:r>
        <w:rPr>
          <w:b w:val="0"/>
        </w:rPr>
        <w:t xml:space="preserve">Disponible à partir du </w:t>
      </w:r>
      <w:r>
        <w:rPr>
          <w:b w:val="0"/>
          <w:color w:val="2446A6"/>
        </w:rPr>
        <w:t>[1er novembre 2026]</w:t>
      </w:r>
      <w:r>
        <w:rPr>
          <w:b w:val="0"/>
        </w:rPr>
        <w:t>, je suis prête à suivre les formations internes que vous proposez, notamment sur l’évaluation de la douleur et la communication non verbale. Je me tiens à votre disposition pour un entretien où je pourrai vous détailler mes motivations.</w:t>
      </w:r>
    </w:p>
    <w:p>
      <w:r>
        <w:rPr>
          <w:b w:val="0"/>
        </w:rPr>
        <w:t>Je vous prie d’agréer, Madame, Monsieur, l’expression de mes salutations distinguées.</w:t>
      </w:r>
    </w:p>
    <w:p/>
    <w:p>
      <w:pPr>
        <w:jc w:val="right"/>
      </w:pPr>
      <w:r>
        <w:rPr>
          <w:b w:val="0"/>
          <w:color w:val="2446A6"/>
        </w:rPr>
        <w:t>[Prénom Nom]</w:t>
      </w:r>
    </w:p>
    <w:p/>
    <w:p>
      <w:r>
        <w:rPr>
          <w:b w:val="0"/>
        </w:rPr>
        <w:t>Pièce jointe : Curriculum vitæ, copie du diplôme d’État d’aide-soignant et attestation AFGSU 2.</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aide-soignante</dc:title>
  <dc:subject/>
  <dc:creator/>
  <cp:keywords/>
  <dc:description/>
  <cp:lastModifiedBy/>
  <cp:revision>1</cp:revision>
  <dcterms:created xsi:type="dcterms:W3CDTF">2013-12-23T23:15:00Z</dcterms:created>
  <dcterms:modified xsi:type="dcterms:W3CDTF">2013-12-23T23:15:00Z</dcterms:modified>
  <cp:category/>
</cp:coreProperties>
</file>